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91D" w:rsidRDefault="001B591D" w:rsidP="001B591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RASPORED PISMENIH I KONTROLNIH VEŽBI DUŽIH OD 15 MINUTA</w:t>
      </w:r>
    </w:p>
    <w:p w:rsidR="001B591D" w:rsidRDefault="001B591D" w:rsidP="001B591D">
      <w:pPr>
        <w:spacing w:after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Prvo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polugodište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školske</w:t>
      </w:r>
      <w:proofErr w:type="spellEnd"/>
      <w:r>
        <w:rPr>
          <w:b/>
          <w:sz w:val="28"/>
          <w:szCs w:val="28"/>
        </w:rPr>
        <w:t xml:space="preserve">  202</w:t>
      </w:r>
      <w:r>
        <w:rPr>
          <w:b/>
          <w:sz w:val="28"/>
          <w:szCs w:val="28"/>
          <w:lang w:val="sr-Cyrl-BA"/>
        </w:rPr>
        <w:t>6</w:t>
      </w:r>
      <w:proofErr w:type="gramEnd"/>
      <w:r>
        <w:rPr>
          <w:b/>
          <w:sz w:val="28"/>
          <w:szCs w:val="28"/>
        </w:rPr>
        <w:t>/202</w:t>
      </w:r>
      <w:r>
        <w:rPr>
          <w:b/>
          <w:sz w:val="28"/>
          <w:szCs w:val="28"/>
          <w:lang w:val="sr-Cyrl-BA"/>
        </w:rPr>
        <w:t>7</w:t>
      </w:r>
      <w:r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</w:rPr>
        <w:t>godina</w:t>
      </w:r>
      <w:proofErr w:type="spellEnd"/>
    </w:p>
    <w:p w:rsidR="001B591D" w:rsidRDefault="001B591D" w:rsidP="001B591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8/1</w:t>
      </w:r>
    </w:p>
    <w:tbl>
      <w:tblPr>
        <w:tblW w:w="12618" w:type="dxa"/>
        <w:tblLook w:val="04A0"/>
      </w:tblPr>
      <w:tblGrid>
        <w:gridCol w:w="1908"/>
        <w:gridCol w:w="2295"/>
        <w:gridCol w:w="2109"/>
        <w:gridCol w:w="2109"/>
        <w:gridCol w:w="2109"/>
        <w:gridCol w:w="2088"/>
      </w:tblGrid>
      <w:tr w:rsidR="001B591D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 xml:space="preserve">. </w:t>
            </w:r>
            <w:proofErr w:type="spellStart"/>
            <w:r w:rsidRPr="00E02DA5">
              <w:rPr>
                <w:szCs w:val="24"/>
              </w:rPr>
              <w:t>septembra</w:t>
            </w:r>
            <w:proofErr w:type="spellEnd"/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282AF0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Hemija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  <w:p w:rsidR="001B591D" w:rsidRPr="00282AF0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Biologija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  <w:p w:rsidR="001B591D" w:rsidRPr="00282AF0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Matematika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  <w:p w:rsidR="001B591D" w:rsidRPr="00282AF0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Francuski</w:t>
            </w:r>
            <w:proofErr w:type="spellEnd"/>
            <w:r w:rsidRPr="00282AF0">
              <w:rPr>
                <w:color w:val="FF0000"/>
                <w:szCs w:val="24"/>
              </w:rPr>
              <w:t xml:space="preserve"> </w:t>
            </w:r>
            <w:proofErr w:type="spellStart"/>
            <w:r w:rsidRPr="00282AF0">
              <w:rPr>
                <w:color w:val="FF0000"/>
                <w:szCs w:val="24"/>
              </w:rPr>
              <w:t>jez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Srpski</w:t>
            </w:r>
            <w:proofErr w:type="spellEnd"/>
            <w:r w:rsidRPr="00282AF0">
              <w:rPr>
                <w:color w:val="FF0000"/>
                <w:szCs w:val="24"/>
              </w:rPr>
              <w:t xml:space="preserve"> </w:t>
            </w:r>
            <w:proofErr w:type="spellStart"/>
            <w:r w:rsidRPr="00282AF0">
              <w:rPr>
                <w:color w:val="FF0000"/>
                <w:szCs w:val="24"/>
              </w:rPr>
              <w:t>jez</w:t>
            </w:r>
            <w:proofErr w:type="spellEnd"/>
            <w:r w:rsidRPr="00282AF0">
              <w:rPr>
                <w:color w:val="FF0000"/>
                <w:szCs w:val="24"/>
              </w:rPr>
              <w:t xml:space="preserve"> I </w:t>
            </w:r>
            <w:proofErr w:type="spellStart"/>
            <w:r w:rsidRPr="00282AF0">
              <w:rPr>
                <w:color w:val="FF0000"/>
                <w:szCs w:val="24"/>
              </w:rPr>
              <w:t>knji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szCs w:val="24"/>
              </w:rPr>
            </w:pPr>
          </w:p>
          <w:p w:rsidR="001B591D" w:rsidRDefault="001B591D" w:rsidP="003321BE">
            <w:pPr>
              <w:rPr>
                <w:szCs w:val="24"/>
              </w:rPr>
            </w:pPr>
          </w:p>
          <w:p w:rsidR="001B591D" w:rsidRPr="00E02DA5" w:rsidRDefault="001B591D" w:rsidP="003321BE">
            <w:pPr>
              <w:rPr>
                <w:szCs w:val="24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  <w:p w:rsidR="001B591D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 I </w:t>
            </w:r>
            <w:proofErr w:type="spellStart"/>
            <w:r>
              <w:rPr>
                <w:color w:val="FF0000"/>
                <w:szCs w:val="24"/>
              </w:rPr>
              <w:t>knji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  <w:p w:rsidR="001B591D" w:rsidRPr="00E02DA5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  <w:lang w:val="de-DE"/>
              </w:rPr>
            </w:pPr>
          </w:p>
          <w:p w:rsidR="001B591D" w:rsidRDefault="001B591D" w:rsidP="003321BE">
            <w:pPr>
              <w:rPr>
                <w:color w:val="FF0000"/>
                <w:szCs w:val="24"/>
                <w:lang w:val="de-DE"/>
              </w:rPr>
            </w:pPr>
          </w:p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9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1B591D" w:rsidRPr="00282AF0" w:rsidRDefault="001B591D" w:rsidP="003321BE">
            <w:pPr>
              <w:rPr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Srpski</w:t>
            </w:r>
            <w:proofErr w:type="spellEnd"/>
            <w:r w:rsidRPr="00282AF0">
              <w:rPr>
                <w:color w:val="FF0000"/>
              </w:rPr>
              <w:t xml:space="preserve"> </w:t>
            </w:r>
            <w:proofErr w:type="spellStart"/>
            <w:r w:rsidRPr="00282AF0">
              <w:rPr>
                <w:color w:val="FF0000"/>
              </w:rPr>
              <w:t>jez.i</w:t>
            </w:r>
            <w:proofErr w:type="spellEnd"/>
            <w:r w:rsidRPr="00282AF0">
              <w:rPr>
                <w:color w:val="FF0000"/>
              </w:rPr>
              <w:t xml:space="preserve"> </w:t>
            </w:r>
            <w:proofErr w:type="spellStart"/>
            <w:r w:rsidRPr="00282AF0">
              <w:rPr>
                <w:color w:val="FF0000"/>
              </w:rPr>
              <w:t>knji</w:t>
            </w:r>
            <w:proofErr w:type="spellEnd"/>
            <w:r w:rsidRPr="00282AF0">
              <w:rPr>
                <w:color w:val="FF0000"/>
              </w:rPr>
              <w:t>- PZ</w:t>
            </w:r>
          </w:p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Matematika</w:t>
            </w:r>
            <w:proofErr w:type="spellEnd"/>
            <w:r w:rsidRPr="00282AF0">
              <w:rPr>
                <w:color w:val="FF0000"/>
              </w:rPr>
              <w:t>- KV</w:t>
            </w:r>
          </w:p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Francuski</w:t>
            </w:r>
            <w:proofErr w:type="spellEnd"/>
            <w:r w:rsidRPr="00282AF0">
              <w:rPr>
                <w:color w:val="FF0000"/>
              </w:rPr>
              <w:t xml:space="preserve"> </w:t>
            </w:r>
            <w:proofErr w:type="spellStart"/>
            <w:r w:rsidRPr="00282AF0">
              <w:rPr>
                <w:color w:val="FF0000"/>
              </w:rPr>
              <w:t>jez</w:t>
            </w:r>
            <w:proofErr w:type="spellEnd"/>
            <w:r w:rsidRPr="00282AF0">
              <w:rPr>
                <w:color w:val="FF0000"/>
              </w:rPr>
              <w:t>- 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Hemija</w:t>
            </w:r>
            <w:proofErr w:type="spellEnd"/>
            <w:r w:rsidRPr="00282AF0">
              <w:rPr>
                <w:color w:val="FF0000"/>
              </w:rPr>
              <w:t>- KV</w:t>
            </w:r>
          </w:p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Engleski</w:t>
            </w:r>
            <w:proofErr w:type="spellEnd"/>
            <w:r w:rsidRPr="00282AF0">
              <w:rPr>
                <w:color w:val="FF0000"/>
              </w:rPr>
              <w:t xml:space="preserve"> </w:t>
            </w:r>
            <w:proofErr w:type="spellStart"/>
            <w:r w:rsidRPr="00282AF0">
              <w:rPr>
                <w:color w:val="FF0000"/>
              </w:rPr>
              <w:t>jez</w:t>
            </w:r>
            <w:proofErr w:type="spellEnd"/>
            <w:r w:rsidRPr="00282AF0">
              <w:rPr>
                <w:color w:val="FF0000"/>
              </w:rPr>
              <w:t>.- 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Fizika</w:t>
            </w:r>
            <w:proofErr w:type="spellEnd"/>
            <w:r w:rsidRPr="00282AF0">
              <w:rPr>
                <w:color w:val="FF0000"/>
              </w:rPr>
              <w:t>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Matematika</w:t>
            </w:r>
            <w:proofErr w:type="spellEnd"/>
            <w:r w:rsidRPr="00282AF0">
              <w:rPr>
                <w:color w:val="FF0000"/>
              </w:rPr>
              <w:t>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</w:rPr>
            </w:pPr>
          </w:p>
          <w:p w:rsidR="001B591D" w:rsidRDefault="001B591D" w:rsidP="003321BE">
            <w:pPr>
              <w:rPr>
                <w:color w:val="FF0000"/>
                <w:szCs w:val="24"/>
              </w:rPr>
            </w:pPr>
          </w:p>
          <w:p w:rsidR="001B591D" w:rsidRPr="00E02DA5" w:rsidRDefault="001B591D" w:rsidP="003321BE">
            <w:pPr>
              <w:rPr>
                <w:color w:val="FF0000"/>
                <w:szCs w:val="24"/>
              </w:rPr>
            </w:pPr>
          </w:p>
        </w:tc>
      </w:tr>
    </w:tbl>
    <w:p w:rsidR="001B591D" w:rsidRDefault="001B591D" w:rsidP="001B591D">
      <w:pPr>
        <w:spacing w:after="0"/>
        <w:rPr>
          <w:b/>
          <w:sz w:val="28"/>
          <w:szCs w:val="28"/>
        </w:rPr>
      </w:pPr>
    </w:p>
    <w:p w:rsidR="001B591D" w:rsidRDefault="001B591D" w:rsidP="001B591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8/2</w:t>
      </w:r>
    </w:p>
    <w:tbl>
      <w:tblPr>
        <w:tblW w:w="12618" w:type="dxa"/>
        <w:tblLook w:val="04A0"/>
      </w:tblPr>
      <w:tblGrid>
        <w:gridCol w:w="2115"/>
        <w:gridCol w:w="2088"/>
        <w:gridCol w:w="2109"/>
        <w:gridCol w:w="2109"/>
        <w:gridCol w:w="2109"/>
        <w:gridCol w:w="2088"/>
      </w:tblGrid>
      <w:tr w:rsidR="001B591D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 xml:space="preserve">. </w:t>
            </w:r>
            <w:proofErr w:type="spellStart"/>
            <w:r w:rsidRPr="00E02DA5">
              <w:rPr>
                <w:szCs w:val="24"/>
              </w:rPr>
              <w:t>septembra</w:t>
            </w:r>
            <w:proofErr w:type="spellEnd"/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1B591D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1B591D" w:rsidRPr="00282AF0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Biologija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  <w:p w:rsidR="001B591D" w:rsidRPr="00E02DA5" w:rsidRDefault="001B591D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282AF0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Hemija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  <w:p w:rsidR="001B591D" w:rsidRPr="00282AF0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Matematika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  <w:p w:rsidR="001B591D" w:rsidRPr="00282AF0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Francuski</w:t>
            </w:r>
            <w:proofErr w:type="spellEnd"/>
            <w:r w:rsidRPr="00282AF0">
              <w:rPr>
                <w:color w:val="FF0000"/>
                <w:szCs w:val="24"/>
              </w:rPr>
              <w:t xml:space="preserve"> </w:t>
            </w:r>
            <w:proofErr w:type="spellStart"/>
            <w:r w:rsidRPr="00282AF0">
              <w:rPr>
                <w:color w:val="FF0000"/>
                <w:szCs w:val="24"/>
              </w:rPr>
              <w:t>jez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proofErr w:type="spellStart"/>
            <w:r w:rsidRPr="00282AF0">
              <w:rPr>
                <w:color w:val="FF0000"/>
                <w:szCs w:val="24"/>
              </w:rPr>
              <w:t>Srpski</w:t>
            </w:r>
            <w:proofErr w:type="spellEnd"/>
            <w:r w:rsidRPr="00282AF0">
              <w:rPr>
                <w:color w:val="FF0000"/>
                <w:szCs w:val="24"/>
              </w:rPr>
              <w:t xml:space="preserve"> </w:t>
            </w:r>
            <w:proofErr w:type="spellStart"/>
            <w:r w:rsidRPr="00282AF0">
              <w:rPr>
                <w:color w:val="FF0000"/>
                <w:szCs w:val="24"/>
              </w:rPr>
              <w:t>jez</w:t>
            </w:r>
            <w:proofErr w:type="spellEnd"/>
            <w:r w:rsidRPr="00282AF0">
              <w:rPr>
                <w:color w:val="FF0000"/>
                <w:szCs w:val="24"/>
              </w:rPr>
              <w:t xml:space="preserve"> I </w:t>
            </w:r>
            <w:proofErr w:type="spellStart"/>
            <w:r w:rsidRPr="00282AF0">
              <w:rPr>
                <w:color w:val="FF0000"/>
                <w:szCs w:val="24"/>
              </w:rPr>
              <w:t>knji</w:t>
            </w:r>
            <w:proofErr w:type="spellEnd"/>
            <w:r w:rsidRPr="00282AF0">
              <w:rPr>
                <w:color w:val="FF0000"/>
                <w:szCs w:val="24"/>
              </w:rPr>
              <w:t>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szCs w:val="24"/>
              </w:rPr>
            </w:pPr>
          </w:p>
          <w:p w:rsidR="001B591D" w:rsidRDefault="001B591D" w:rsidP="003321BE">
            <w:pPr>
              <w:rPr>
                <w:szCs w:val="24"/>
              </w:rPr>
            </w:pPr>
          </w:p>
          <w:p w:rsidR="001B591D" w:rsidRPr="00E02DA5" w:rsidRDefault="001B591D" w:rsidP="003321BE">
            <w:pPr>
              <w:rPr>
                <w:szCs w:val="24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  <w:p w:rsidR="001B591D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 I </w:t>
            </w:r>
            <w:proofErr w:type="spellStart"/>
            <w:r>
              <w:rPr>
                <w:color w:val="FF0000"/>
                <w:szCs w:val="24"/>
              </w:rPr>
              <w:t>knji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  <w:p w:rsidR="001B591D" w:rsidRPr="00E02DA5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  <w:lang w:val="de-DE"/>
              </w:rPr>
            </w:pPr>
          </w:p>
          <w:p w:rsidR="001B591D" w:rsidRDefault="001B591D" w:rsidP="003321BE">
            <w:pPr>
              <w:rPr>
                <w:color w:val="FF0000"/>
                <w:szCs w:val="24"/>
                <w:lang w:val="de-DE"/>
              </w:rPr>
            </w:pPr>
          </w:p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1B591D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Srpski</w:t>
            </w:r>
            <w:proofErr w:type="spellEnd"/>
            <w:r w:rsidRPr="00282AF0">
              <w:rPr>
                <w:color w:val="FF0000"/>
              </w:rPr>
              <w:t xml:space="preserve"> </w:t>
            </w:r>
            <w:proofErr w:type="spellStart"/>
            <w:r w:rsidRPr="00282AF0">
              <w:rPr>
                <w:color w:val="FF0000"/>
              </w:rPr>
              <w:t>jez.i</w:t>
            </w:r>
            <w:proofErr w:type="spellEnd"/>
            <w:r w:rsidRPr="00282AF0">
              <w:rPr>
                <w:color w:val="FF0000"/>
              </w:rPr>
              <w:t xml:space="preserve"> </w:t>
            </w:r>
            <w:proofErr w:type="spellStart"/>
            <w:r w:rsidRPr="00282AF0">
              <w:rPr>
                <w:color w:val="FF0000"/>
              </w:rPr>
              <w:t>knji</w:t>
            </w:r>
            <w:proofErr w:type="spellEnd"/>
            <w:r w:rsidRPr="00282AF0">
              <w:rPr>
                <w:color w:val="FF0000"/>
              </w:rPr>
              <w:t>- PZ</w:t>
            </w:r>
          </w:p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Matematika</w:t>
            </w:r>
            <w:proofErr w:type="spellEnd"/>
            <w:r w:rsidRPr="00282AF0">
              <w:rPr>
                <w:color w:val="FF0000"/>
              </w:rPr>
              <w:t>- KV</w:t>
            </w:r>
          </w:p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Francuski</w:t>
            </w:r>
            <w:proofErr w:type="spellEnd"/>
            <w:r w:rsidRPr="00282AF0">
              <w:rPr>
                <w:color w:val="FF0000"/>
              </w:rPr>
              <w:t xml:space="preserve"> </w:t>
            </w:r>
            <w:proofErr w:type="spellStart"/>
            <w:r w:rsidRPr="00282AF0">
              <w:rPr>
                <w:color w:val="FF0000"/>
              </w:rPr>
              <w:t>jez</w:t>
            </w:r>
            <w:proofErr w:type="spellEnd"/>
            <w:r w:rsidRPr="00282AF0">
              <w:rPr>
                <w:color w:val="FF0000"/>
              </w:rPr>
              <w:t>- 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Hemija</w:t>
            </w:r>
            <w:proofErr w:type="spellEnd"/>
            <w:r w:rsidRPr="00282AF0">
              <w:rPr>
                <w:color w:val="FF0000"/>
              </w:rPr>
              <w:t>- KV</w:t>
            </w:r>
          </w:p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Engleski</w:t>
            </w:r>
            <w:proofErr w:type="spellEnd"/>
            <w:r w:rsidRPr="00282AF0">
              <w:rPr>
                <w:color w:val="FF0000"/>
              </w:rPr>
              <w:t xml:space="preserve"> </w:t>
            </w:r>
            <w:proofErr w:type="spellStart"/>
            <w:r w:rsidRPr="00282AF0">
              <w:rPr>
                <w:color w:val="FF0000"/>
              </w:rPr>
              <w:t>jez</w:t>
            </w:r>
            <w:proofErr w:type="spellEnd"/>
            <w:r w:rsidRPr="00282AF0">
              <w:rPr>
                <w:color w:val="FF0000"/>
              </w:rPr>
              <w:t>.- 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Fizika</w:t>
            </w:r>
            <w:proofErr w:type="spellEnd"/>
            <w:r w:rsidRPr="00282AF0">
              <w:rPr>
                <w:color w:val="FF0000"/>
              </w:rPr>
              <w:t>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282AF0" w:rsidRDefault="001B591D" w:rsidP="003321BE">
            <w:pPr>
              <w:rPr>
                <w:color w:val="FF0000"/>
              </w:rPr>
            </w:pPr>
            <w:proofErr w:type="spellStart"/>
            <w:r w:rsidRPr="00282AF0">
              <w:rPr>
                <w:color w:val="FF0000"/>
              </w:rPr>
              <w:t>Matematika</w:t>
            </w:r>
            <w:proofErr w:type="spellEnd"/>
            <w:r w:rsidRPr="00282AF0">
              <w:rPr>
                <w:color w:val="FF0000"/>
              </w:rPr>
              <w:t>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</w:rPr>
            </w:pPr>
          </w:p>
          <w:p w:rsidR="001B591D" w:rsidRDefault="001B591D" w:rsidP="003321BE">
            <w:pPr>
              <w:rPr>
                <w:color w:val="FF0000"/>
                <w:szCs w:val="24"/>
              </w:rPr>
            </w:pPr>
          </w:p>
          <w:p w:rsidR="001B591D" w:rsidRPr="00E02DA5" w:rsidRDefault="001B591D" w:rsidP="003321BE">
            <w:pPr>
              <w:rPr>
                <w:color w:val="FF0000"/>
                <w:szCs w:val="24"/>
              </w:rPr>
            </w:pPr>
          </w:p>
        </w:tc>
      </w:tr>
    </w:tbl>
    <w:p w:rsidR="001B591D" w:rsidRDefault="001B591D" w:rsidP="001B591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RASPORED PISMENIH I KONTROLNIH VEŽBI DUŽIH OD 15 MINUTA</w:t>
      </w:r>
    </w:p>
    <w:p w:rsidR="001B591D" w:rsidRDefault="001B591D" w:rsidP="001B591D">
      <w:pPr>
        <w:spacing w:after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Prvo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polugodište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školske</w:t>
      </w:r>
      <w:proofErr w:type="spellEnd"/>
      <w:r>
        <w:rPr>
          <w:b/>
          <w:sz w:val="28"/>
          <w:szCs w:val="28"/>
        </w:rPr>
        <w:t xml:space="preserve">  202</w:t>
      </w:r>
      <w:r>
        <w:rPr>
          <w:b/>
          <w:sz w:val="28"/>
          <w:szCs w:val="28"/>
          <w:lang w:val="sr-Cyrl-BA"/>
        </w:rPr>
        <w:t>6</w:t>
      </w:r>
      <w:proofErr w:type="gramEnd"/>
      <w:r>
        <w:rPr>
          <w:b/>
          <w:sz w:val="28"/>
          <w:szCs w:val="28"/>
        </w:rPr>
        <w:t>/202</w:t>
      </w:r>
      <w:r>
        <w:rPr>
          <w:b/>
          <w:sz w:val="28"/>
          <w:szCs w:val="28"/>
          <w:lang w:val="sr-Cyrl-BA"/>
        </w:rPr>
        <w:t>7</w:t>
      </w:r>
      <w:r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</w:rPr>
        <w:t>godina</w:t>
      </w:r>
      <w:proofErr w:type="spellEnd"/>
    </w:p>
    <w:p w:rsidR="001B591D" w:rsidRDefault="001B591D" w:rsidP="001B591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8/3</w:t>
      </w:r>
    </w:p>
    <w:tbl>
      <w:tblPr>
        <w:tblW w:w="12618" w:type="dxa"/>
        <w:tblLook w:val="04A0"/>
      </w:tblPr>
      <w:tblGrid>
        <w:gridCol w:w="1908"/>
        <w:gridCol w:w="2295"/>
        <w:gridCol w:w="2109"/>
        <w:gridCol w:w="2109"/>
        <w:gridCol w:w="2109"/>
        <w:gridCol w:w="2088"/>
      </w:tblGrid>
      <w:tr w:rsidR="001B591D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 xml:space="preserve">. </w:t>
            </w:r>
            <w:proofErr w:type="spellStart"/>
            <w:r w:rsidRPr="00E02DA5">
              <w:rPr>
                <w:szCs w:val="24"/>
              </w:rPr>
              <w:t>septembra</w:t>
            </w:r>
            <w:proofErr w:type="spellEnd"/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1B591D" w:rsidRPr="00E02DA5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Engleski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3B2A7B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Hemija</w:t>
            </w:r>
            <w:proofErr w:type="spellEnd"/>
            <w:r w:rsidRPr="003B2A7B">
              <w:rPr>
                <w:color w:val="FF0000"/>
                <w:szCs w:val="24"/>
              </w:rPr>
              <w:t>- IT</w:t>
            </w:r>
          </w:p>
          <w:p w:rsidR="001B591D" w:rsidRPr="003B2A7B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Matematika</w:t>
            </w:r>
            <w:proofErr w:type="spellEnd"/>
            <w:r w:rsidRPr="003B2A7B">
              <w:rPr>
                <w:color w:val="FF0000"/>
                <w:szCs w:val="24"/>
              </w:rPr>
              <w:t>- IT</w:t>
            </w:r>
          </w:p>
          <w:p w:rsidR="001B591D" w:rsidRPr="003B2A7B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Francuski</w:t>
            </w:r>
            <w:proofErr w:type="spellEnd"/>
            <w:r w:rsidRPr="003B2A7B">
              <w:rPr>
                <w:color w:val="FF0000"/>
                <w:szCs w:val="24"/>
              </w:rPr>
              <w:t xml:space="preserve"> </w:t>
            </w:r>
            <w:proofErr w:type="spellStart"/>
            <w:r w:rsidRPr="003B2A7B">
              <w:rPr>
                <w:color w:val="FF0000"/>
                <w:szCs w:val="24"/>
              </w:rPr>
              <w:t>jez</w:t>
            </w:r>
            <w:proofErr w:type="spellEnd"/>
            <w:r w:rsidRPr="003B2A7B">
              <w:rPr>
                <w:color w:val="FF0000"/>
                <w:szCs w:val="24"/>
              </w:rPr>
              <w:t>- IT</w:t>
            </w:r>
          </w:p>
          <w:p w:rsidR="001B591D" w:rsidRPr="003B2A7B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Biologija</w:t>
            </w:r>
            <w:proofErr w:type="spellEnd"/>
            <w:r w:rsidRPr="003B2A7B">
              <w:rPr>
                <w:color w:val="FF0000"/>
                <w:szCs w:val="24"/>
              </w:rPr>
              <w:t>- IT</w:t>
            </w:r>
          </w:p>
          <w:p w:rsidR="001B591D" w:rsidRPr="003B2A7B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Geografija</w:t>
            </w:r>
            <w:proofErr w:type="spellEnd"/>
            <w:r w:rsidRPr="003B2A7B">
              <w:rPr>
                <w:color w:val="FF0000"/>
                <w:szCs w:val="24"/>
              </w:rPr>
              <w:t>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3B2A7B" w:rsidRDefault="001B591D" w:rsidP="003321BE">
            <w:pPr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Srpski</w:t>
            </w:r>
            <w:proofErr w:type="spellEnd"/>
            <w:r w:rsidRPr="003B2A7B">
              <w:rPr>
                <w:color w:val="FF0000"/>
                <w:szCs w:val="24"/>
              </w:rPr>
              <w:t xml:space="preserve"> </w:t>
            </w:r>
            <w:proofErr w:type="spellStart"/>
            <w:r w:rsidRPr="003B2A7B">
              <w:rPr>
                <w:color w:val="FF0000"/>
                <w:szCs w:val="24"/>
              </w:rPr>
              <w:t>kao</w:t>
            </w:r>
            <w:proofErr w:type="spellEnd"/>
            <w:r w:rsidRPr="003B2A7B">
              <w:rPr>
                <w:color w:val="FF0000"/>
                <w:szCs w:val="24"/>
              </w:rPr>
              <w:t xml:space="preserve">  </w:t>
            </w:r>
            <w:proofErr w:type="spellStart"/>
            <w:r w:rsidRPr="003B2A7B">
              <w:rPr>
                <w:color w:val="FF0000"/>
                <w:szCs w:val="24"/>
              </w:rPr>
              <w:t>nemat</w:t>
            </w:r>
            <w:proofErr w:type="spellEnd"/>
            <w:r w:rsidRPr="003B2A7B">
              <w:rPr>
                <w:color w:val="FF0000"/>
                <w:szCs w:val="24"/>
              </w:rPr>
              <w:t>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szCs w:val="24"/>
              </w:rPr>
            </w:pPr>
          </w:p>
          <w:p w:rsidR="001B591D" w:rsidRDefault="001B591D" w:rsidP="003321BE">
            <w:pPr>
              <w:rPr>
                <w:szCs w:val="24"/>
              </w:rPr>
            </w:pPr>
          </w:p>
          <w:p w:rsidR="001B591D" w:rsidRPr="00E02DA5" w:rsidRDefault="001B591D" w:rsidP="003321BE">
            <w:pPr>
              <w:rPr>
                <w:szCs w:val="24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Fizika</w:t>
            </w:r>
            <w:proofErr w:type="spellEnd"/>
            <w:r w:rsidRPr="003B2A7B">
              <w:rPr>
                <w:color w:val="FF0000"/>
              </w:rPr>
              <w:t>- KV</w:t>
            </w:r>
          </w:p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Bosan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jez</w:t>
            </w:r>
            <w:proofErr w:type="spellEnd"/>
            <w:r w:rsidRPr="003B2A7B">
              <w:rPr>
                <w:color w:val="FF0000"/>
              </w:rPr>
              <w:t xml:space="preserve"> I </w:t>
            </w:r>
            <w:proofErr w:type="spellStart"/>
            <w:r w:rsidRPr="003B2A7B">
              <w:rPr>
                <w:color w:val="FF0000"/>
              </w:rPr>
              <w:t>knji</w:t>
            </w:r>
            <w:proofErr w:type="spellEnd"/>
            <w:r w:rsidRPr="003B2A7B">
              <w:rPr>
                <w:color w:val="FF0000"/>
              </w:rPr>
              <w:t>- KV</w:t>
            </w:r>
          </w:p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Matematika</w:t>
            </w:r>
            <w:proofErr w:type="spellEnd"/>
            <w:r w:rsidRPr="003B2A7B">
              <w:rPr>
                <w:color w:val="FF0000"/>
              </w:rPr>
              <w:t>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3321BE">
            <w:pPr>
              <w:rPr>
                <w:color w:val="FF0000"/>
                <w:lang w:val="de-DE"/>
              </w:rPr>
            </w:pPr>
            <w:r w:rsidRPr="003B2A7B">
              <w:rPr>
                <w:color w:val="FF0000"/>
                <w:lang w:val="de-DE"/>
              </w:rPr>
              <w:t>Srpski kao nemate- PZ</w:t>
            </w:r>
          </w:p>
          <w:p w:rsidR="001B591D" w:rsidRDefault="001B591D" w:rsidP="003321BE">
            <w:pPr>
              <w:rPr>
                <w:color w:val="FF0000"/>
                <w:lang w:val="de-DE"/>
              </w:rPr>
            </w:pPr>
            <w:r w:rsidRPr="003B2A7B">
              <w:rPr>
                <w:color w:val="FF0000"/>
                <w:lang w:val="de-DE"/>
              </w:rPr>
              <w:t>Hemija- KV</w:t>
            </w:r>
          </w:p>
          <w:p w:rsidR="00EF22BE" w:rsidRPr="003B2A7B" w:rsidRDefault="00EF22BE" w:rsidP="003321BE">
            <w:pPr>
              <w:rPr>
                <w:color w:val="FF0000"/>
                <w:lang w:val="de-DE"/>
              </w:rPr>
            </w:pPr>
            <w:r>
              <w:rPr>
                <w:color w:val="FF0000"/>
                <w:lang w:val="de-DE"/>
              </w:rPr>
              <w:t>Engleski jezik- KZ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Bosan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jez</w:t>
            </w:r>
            <w:proofErr w:type="spellEnd"/>
            <w:r w:rsidRPr="003B2A7B">
              <w:rPr>
                <w:color w:val="FF0000"/>
              </w:rPr>
              <w:t xml:space="preserve"> I </w:t>
            </w:r>
            <w:proofErr w:type="spellStart"/>
            <w:r w:rsidRPr="003B2A7B">
              <w:rPr>
                <w:color w:val="FF0000"/>
              </w:rPr>
              <w:t>knji</w:t>
            </w:r>
            <w:proofErr w:type="spellEnd"/>
            <w:r w:rsidRPr="003B2A7B">
              <w:rPr>
                <w:color w:val="FF0000"/>
              </w:rPr>
              <w:t>- PZ</w:t>
            </w:r>
          </w:p>
          <w:p w:rsidR="001B591D" w:rsidRPr="003B2A7B" w:rsidRDefault="001B591D" w:rsidP="003321BE">
            <w:pPr>
              <w:rPr>
                <w:color w:val="FF0000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3321BE">
            <w:pPr>
              <w:rPr>
                <w:color w:val="FF0000"/>
                <w:lang w:val="de-DE"/>
              </w:rPr>
            </w:pPr>
            <w:r w:rsidRPr="003B2A7B">
              <w:rPr>
                <w:color w:val="FF0000"/>
                <w:lang w:val="de-DE"/>
              </w:rPr>
              <w:t>Matematika-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  <w:lang w:val="de-DE"/>
              </w:rPr>
            </w:pPr>
          </w:p>
          <w:p w:rsidR="001B591D" w:rsidRDefault="001B591D" w:rsidP="003321BE">
            <w:pPr>
              <w:rPr>
                <w:color w:val="FF0000"/>
                <w:szCs w:val="24"/>
                <w:lang w:val="de-DE"/>
              </w:rPr>
            </w:pPr>
          </w:p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75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  <w:p w:rsidR="00EF22BE" w:rsidRPr="00E02DA5" w:rsidRDefault="00EF22BE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jezik- KZ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kao nem- KV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1B591D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1B591D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Bosans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jez.i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knji</w:t>
            </w:r>
            <w:proofErr w:type="spellEnd"/>
            <w:r w:rsidRPr="003B2A7B">
              <w:rPr>
                <w:color w:val="FF0000"/>
              </w:rPr>
              <w:t>- KV</w:t>
            </w:r>
          </w:p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Matematika</w:t>
            </w:r>
            <w:proofErr w:type="spellEnd"/>
            <w:r w:rsidRPr="003B2A7B">
              <w:rPr>
                <w:color w:val="FF0000"/>
              </w:rPr>
              <w:t>- KV</w:t>
            </w:r>
          </w:p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Francuski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jez</w:t>
            </w:r>
            <w:proofErr w:type="spellEnd"/>
            <w:r w:rsidRPr="003B2A7B">
              <w:rPr>
                <w:color w:val="FF0000"/>
              </w:rPr>
              <w:t>- 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Hemija</w:t>
            </w:r>
            <w:proofErr w:type="spellEnd"/>
            <w:r w:rsidRPr="003B2A7B">
              <w:rPr>
                <w:color w:val="FF0000"/>
              </w:rPr>
              <w:t>- KV</w:t>
            </w:r>
          </w:p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Engleski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jez</w:t>
            </w:r>
            <w:proofErr w:type="spellEnd"/>
            <w:r w:rsidRPr="003B2A7B">
              <w:rPr>
                <w:color w:val="FF0000"/>
              </w:rPr>
              <w:t>.- PZ</w:t>
            </w:r>
          </w:p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Bosansk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jez.i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knj</w:t>
            </w:r>
            <w:proofErr w:type="spellEnd"/>
            <w:r w:rsidRPr="003B2A7B">
              <w:rPr>
                <w:color w:val="FF0000"/>
              </w:rPr>
              <w:t>- 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Fizika</w:t>
            </w:r>
            <w:proofErr w:type="spellEnd"/>
            <w:r w:rsidRPr="003B2A7B">
              <w:rPr>
                <w:color w:val="FF0000"/>
              </w:rPr>
              <w:t>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</w:p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Matematika</w:t>
            </w:r>
            <w:proofErr w:type="spellEnd"/>
            <w:r w:rsidRPr="003B2A7B">
              <w:rPr>
                <w:color w:val="FF0000"/>
              </w:rPr>
              <w:t>- PZ</w:t>
            </w:r>
          </w:p>
          <w:p w:rsidR="001B591D" w:rsidRPr="003B2A7B" w:rsidRDefault="001B591D" w:rsidP="001B591D">
            <w:pPr>
              <w:spacing w:after="0"/>
              <w:rPr>
                <w:color w:val="FF0000"/>
              </w:rPr>
            </w:pPr>
          </w:p>
        </w:tc>
      </w:tr>
    </w:tbl>
    <w:p w:rsidR="001B591D" w:rsidRPr="002E5669" w:rsidRDefault="001B591D" w:rsidP="001B591D">
      <w:pPr>
        <w:spacing w:after="0"/>
        <w:rPr>
          <w:b/>
          <w:sz w:val="28"/>
          <w:szCs w:val="28"/>
          <w:lang w:val="de-DE"/>
        </w:rPr>
      </w:pPr>
    </w:p>
    <w:p w:rsidR="001B591D" w:rsidRDefault="001B591D" w:rsidP="001B591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8/4</w:t>
      </w:r>
    </w:p>
    <w:p w:rsidR="001B591D" w:rsidRPr="00F91F39" w:rsidRDefault="001B591D" w:rsidP="001B591D">
      <w:pPr>
        <w:spacing w:after="0"/>
        <w:jc w:val="center"/>
        <w:rPr>
          <w:b/>
          <w:sz w:val="28"/>
          <w:szCs w:val="28"/>
          <w:lang w:val="de-DE"/>
        </w:rPr>
      </w:pPr>
    </w:p>
    <w:tbl>
      <w:tblPr>
        <w:tblW w:w="12618" w:type="dxa"/>
        <w:tblLook w:val="04A0"/>
      </w:tblPr>
      <w:tblGrid>
        <w:gridCol w:w="1818"/>
        <w:gridCol w:w="2385"/>
        <w:gridCol w:w="2109"/>
        <w:gridCol w:w="2256"/>
        <w:gridCol w:w="1962"/>
        <w:gridCol w:w="2088"/>
      </w:tblGrid>
      <w:tr w:rsidR="001B591D" w:rsidRPr="00E02DA5" w:rsidTr="003321BE">
        <w:trPr>
          <w:trHeight w:val="135"/>
        </w:trPr>
        <w:tc>
          <w:tcPr>
            <w:tcW w:w="18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 xml:space="preserve">. </w:t>
            </w:r>
            <w:proofErr w:type="spellStart"/>
            <w:r w:rsidRPr="00E02DA5">
              <w:rPr>
                <w:szCs w:val="24"/>
              </w:rPr>
              <w:t>septembra</w:t>
            </w:r>
            <w:proofErr w:type="spellEnd"/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1B591D" w:rsidRPr="00E02DA5" w:rsidTr="003321BE">
        <w:trPr>
          <w:trHeight w:val="135"/>
        </w:trPr>
        <w:tc>
          <w:tcPr>
            <w:tcW w:w="18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1B591D" w:rsidRPr="00E02DA5" w:rsidRDefault="001B591D" w:rsidP="003321BE">
            <w:pPr>
              <w:spacing w:after="0"/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3B2A7B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Hemija</w:t>
            </w:r>
            <w:proofErr w:type="spellEnd"/>
            <w:r w:rsidRPr="003B2A7B">
              <w:rPr>
                <w:color w:val="FF0000"/>
                <w:szCs w:val="24"/>
              </w:rPr>
              <w:t>- IT</w:t>
            </w:r>
          </w:p>
          <w:p w:rsidR="001B591D" w:rsidRPr="003B2A7B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Francuski</w:t>
            </w:r>
            <w:proofErr w:type="spellEnd"/>
            <w:r w:rsidRPr="003B2A7B">
              <w:rPr>
                <w:color w:val="FF0000"/>
                <w:szCs w:val="24"/>
              </w:rPr>
              <w:t xml:space="preserve"> </w:t>
            </w:r>
            <w:proofErr w:type="spellStart"/>
            <w:r w:rsidRPr="003B2A7B">
              <w:rPr>
                <w:color w:val="FF0000"/>
                <w:szCs w:val="24"/>
              </w:rPr>
              <w:t>jez</w:t>
            </w:r>
            <w:proofErr w:type="spellEnd"/>
            <w:r w:rsidRPr="003B2A7B">
              <w:rPr>
                <w:color w:val="FF0000"/>
                <w:szCs w:val="24"/>
              </w:rPr>
              <w:t xml:space="preserve">- </w:t>
            </w:r>
            <w:proofErr w:type="spellStart"/>
            <w:r>
              <w:rPr>
                <w:color w:val="FF0000"/>
                <w:szCs w:val="24"/>
              </w:rPr>
              <w:t>Bosan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. I </w:t>
            </w:r>
            <w:proofErr w:type="spellStart"/>
            <w:r>
              <w:rPr>
                <w:color w:val="FF0000"/>
                <w:szCs w:val="24"/>
              </w:rPr>
              <w:t>knj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1B591D" w:rsidRPr="003B2A7B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Biologija</w:t>
            </w:r>
            <w:proofErr w:type="spellEnd"/>
            <w:r w:rsidRPr="003B2A7B">
              <w:rPr>
                <w:color w:val="FF0000"/>
                <w:szCs w:val="24"/>
              </w:rPr>
              <w:t>- IT</w:t>
            </w:r>
          </w:p>
          <w:p w:rsidR="001B591D" w:rsidRPr="003B2A7B" w:rsidRDefault="001B591D" w:rsidP="003321BE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Geografija</w:t>
            </w:r>
            <w:proofErr w:type="spellEnd"/>
            <w:r w:rsidRPr="003B2A7B">
              <w:rPr>
                <w:color w:val="FF0000"/>
                <w:szCs w:val="24"/>
              </w:rPr>
              <w:t>- IT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szCs w:val="24"/>
              </w:rPr>
            </w:pPr>
          </w:p>
          <w:p w:rsidR="001B591D" w:rsidRPr="003B2A7B" w:rsidRDefault="001B591D" w:rsidP="003321BE">
            <w:pPr>
              <w:rPr>
                <w:color w:val="FF0000"/>
                <w:szCs w:val="24"/>
              </w:rPr>
            </w:pPr>
            <w:proofErr w:type="spellStart"/>
            <w:r w:rsidRPr="003B2A7B">
              <w:rPr>
                <w:color w:val="FF0000"/>
                <w:szCs w:val="24"/>
              </w:rPr>
              <w:t>Matematika</w:t>
            </w:r>
            <w:proofErr w:type="spellEnd"/>
            <w:r w:rsidRPr="003B2A7B">
              <w:rPr>
                <w:color w:val="FF0000"/>
                <w:szCs w:val="24"/>
              </w:rPr>
              <w:t>- KV</w:t>
            </w:r>
          </w:p>
          <w:p w:rsidR="001B591D" w:rsidRPr="00E02DA5" w:rsidRDefault="001B591D" w:rsidP="003321BE">
            <w:pPr>
              <w:rPr>
                <w:szCs w:val="24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8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</w:tr>
      <w:tr w:rsidR="001B591D" w:rsidRPr="00E02DA5" w:rsidTr="007C3441">
        <w:trPr>
          <w:trHeight w:val="980"/>
        </w:trPr>
        <w:tc>
          <w:tcPr>
            <w:tcW w:w="18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  <w:p w:rsidR="001B591D" w:rsidRPr="00E02DA5" w:rsidRDefault="001B591D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Bosan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 I </w:t>
            </w:r>
            <w:proofErr w:type="spellStart"/>
            <w:r>
              <w:rPr>
                <w:color w:val="FF0000"/>
                <w:szCs w:val="24"/>
              </w:rPr>
              <w:t>knji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Default="001B591D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jez- KV</w:t>
            </w:r>
          </w:p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Hemija- KV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  <w:proofErr w:type="spellStart"/>
            <w:r>
              <w:rPr>
                <w:color w:val="FF0000"/>
                <w:szCs w:val="24"/>
              </w:rPr>
              <w:t>Bosan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 I </w:t>
            </w:r>
            <w:proofErr w:type="spellStart"/>
            <w:r>
              <w:rPr>
                <w:color w:val="FF0000"/>
                <w:szCs w:val="24"/>
              </w:rPr>
              <w:t>knji</w:t>
            </w:r>
            <w:proofErr w:type="spellEnd"/>
            <w:r>
              <w:rPr>
                <w:color w:val="FF0000"/>
                <w:szCs w:val="24"/>
              </w:rPr>
              <w:t>-PZ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rPr>
                <w:color w:val="FF0000"/>
                <w:szCs w:val="24"/>
                <w:lang w:val="de-DE"/>
              </w:rPr>
            </w:pPr>
          </w:p>
          <w:p w:rsidR="001B591D" w:rsidRPr="00E02DA5" w:rsidRDefault="001B591D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8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8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KV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Default="001B591D" w:rsidP="003321BE">
            <w:pPr>
              <w:spacing w:after="0"/>
              <w:rPr>
                <w:szCs w:val="24"/>
                <w:lang w:val="de-DE"/>
              </w:rPr>
            </w:pPr>
          </w:p>
          <w:p w:rsidR="001B591D" w:rsidRPr="00E02DA5" w:rsidRDefault="001B591D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B591D" w:rsidRPr="00E02DA5" w:rsidTr="003321BE">
        <w:trPr>
          <w:trHeight w:val="135"/>
        </w:trPr>
        <w:tc>
          <w:tcPr>
            <w:tcW w:w="18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1B591D" w:rsidRPr="00E02DA5" w:rsidRDefault="001B591D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1B591D" w:rsidRPr="00E02DA5" w:rsidTr="003321BE">
        <w:trPr>
          <w:trHeight w:val="135"/>
        </w:trPr>
        <w:tc>
          <w:tcPr>
            <w:tcW w:w="18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591D" w:rsidRPr="00E02DA5" w:rsidRDefault="001B591D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Bosans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jez.i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knji</w:t>
            </w:r>
            <w:proofErr w:type="spellEnd"/>
            <w:r w:rsidRPr="003B2A7B">
              <w:rPr>
                <w:color w:val="FF0000"/>
              </w:rPr>
              <w:t>- KV</w:t>
            </w:r>
          </w:p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Engleski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jez</w:t>
            </w:r>
            <w:proofErr w:type="spellEnd"/>
            <w:r>
              <w:rPr>
                <w:color w:val="FF0000"/>
              </w:rPr>
              <w:t>- PZ</w:t>
            </w:r>
          </w:p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Francuski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jez</w:t>
            </w:r>
            <w:proofErr w:type="spellEnd"/>
            <w:r w:rsidRPr="003B2A7B">
              <w:rPr>
                <w:color w:val="FF0000"/>
              </w:rPr>
              <w:t>- 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Hemija</w:t>
            </w:r>
            <w:proofErr w:type="spellEnd"/>
            <w:r w:rsidRPr="003B2A7B">
              <w:rPr>
                <w:color w:val="FF0000"/>
              </w:rPr>
              <w:t>- KV</w:t>
            </w:r>
          </w:p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Bosansk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jez.i</w:t>
            </w:r>
            <w:proofErr w:type="spellEnd"/>
            <w:r w:rsidRPr="003B2A7B">
              <w:rPr>
                <w:color w:val="FF0000"/>
              </w:rPr>
              <w:t xml:space="preserve"> </w:t>
            </w:r>
            <w:proofErr w:type="spellStart"/>
            <w:r w:rsidRPr="003B2A7B">
              <w:rPr>
                <w:color w:val="FF0000"/>
              </w:rPr>
              <w:t>knj</w:t>
            </w:r>
            <w:proofErr w:type="spellEnd"/>
            <w:r w:rsidRPr="003B2A7B">
              <w:rPr>
                <w:color w:val="FF0000"/>
              </w:rPr>
              <w:t>- PZ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Fizika</w:t>
            </w:r>
            <w:proofErr w:type="spellEnd"/>
            <w:r w:rsidRPr="003B2A7B">
              <w:rPr>
                <w:color w:val="FF0000"/>
              </w:rPr>
              <w:t>- KV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591D" w:rsidRPr="003B2A7B" w:rsidRDefault="001B591D" w:rsidP="003321BE">
            <w:pPr>
              <w:rPr>
                <w:color w:val="FF0000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91D" w:rsidRPr="003B2A7B" w:rsidRDefault="001B591D" w:rsidP="003321BE">
            <w:pPr>
              <w:rPr>
                <w:color w:val="FF0000"/>
              </w:rPr>
            </w:pPr>
          </w:p>
          <w:p w:rsidR="001B591D" w:rsidRPr="003B2A7B" w:rsidRDefault="001B591D" w:rsidP="003321BE">
            <w:pPr>
              <w:rPr>
                <w:color w:val="FF0000"/>
              </w:rPr>
            </w:pPr>
            <w:proofErr w:type="spellStart"/>
            <w:r w:rsidRPr="003B2A7B">
              <w:rPr>
                <w:color w:val="FF0000"/>
              </w:rPr>
              <w:t>Matematika</w:t>
            </w:r>
            <w:proofErr w:type="spellEnd"/>
            <w:r w:rsidRPr="003B2A7B">
              <w:rPr>
                <w:color w:val="FF0000"/>
              </w:rPr>
              <w:t>- PZ</w:t>
            </w:r>
          </w:p>
          <w:p w:rsidR="001B591D" w:rsidRPr="003B2A7B" w:rsidRDefault="001B591D" w:rsidP="003321BE">
            <w:pPr>
              <w:rPr>
                <w:color w:val="FF0000"/>
              </w:rPr>
            </w:pPr>
          </w:p>
        </w:tc>
      </w:tr>
    </w:tbl>
    <w:p w:rsidR="00C0085C" w:rsidRDefault="00C0085C" w:rsidP="00BA7FE4">
      <w:pPr>
        <w:jc w:val="both"/>
      </w:pPr>
    </w:p>
    <w:p w:rsidR="00045D87" w:rsidRDefault="00045D87" w:rsidP="00045D8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8 - </w:t>
      </w:r>
      <w:proofErr w:type="spellStart"/>
      <w:r>
        <w:rPr>
          <w:b/>
          <w:sz w:val="28"/>
          <w:szCs w:val="28"/>
        </w:rPr>
        <w:t>Trijebine</w:t>
      </w:r>
      <w:proofErr w:type="spellEnd"/>
    </w:p>
    <w:p w:rsidR="00045D87" w:rsidRDefault="00045D87" w:rsidP="00045D87">
      <w:pPr>
        <w:spacing w:after="0"/>
        <w:rPr>
          <w:sz w:val="24"/>
        </w:rPr>
      </w:pPr>
    </w:p>
    <w:tbl>
      <w:tblPr>
        <w:tblW w:w="13338" w:type="dxa"/>
        <w:tblLook w:val="04A0"/>
      </w:tblPr>
      <w:tblGrid>
        <w:gridCol w:w="1998"/>
        <w:gridCol w:w="2070"/>
        <w:gridCol w:w="2244"/>
        <w:gridCol w:w="2436"/>
        <w:gridCol w:w="2430"/>
        <w:gridCol w:w="2160"/>
      </w:tblGrid>
      <w:tr w:rsidR="00045D87" w:rsidTr="00045D87">
        <w:trPr>
          <w:trHeight w:val="135"/>
        </w:trPr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SEPTEMBAR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 xml:space="preserve">1-4. </w:t>
            </w:r>
            <w:proofErr w:type="spellStart"/>
            <w:r>
              <w:rPr>
                <w:szCs w:val="24"/>
              </w:rPr>
              <w:t>septembra</w:t>
            </w:r>
            <w:proofErr w:type="spellEnd"/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2.nedelja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7-11.septembra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3.nedelja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14-18.septembra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4.nedelja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21-25.septembra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045D87" w:rsidTr="00045D87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5D87" w:rsidRDefault="00045D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Biologija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Bosans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 I </w:t>
            </w:r>
            <w:proofErr w:type="spellStart"/>
            <w:r>
              <w:rPr>
                <w:color w:val="FF0000"/>
                <w:szCs w:val="24"/>
              </w:rPr>
              <w:t>kni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045D87" w:rsidRDefault="00045D87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Geografija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045D87" w:rsidRDefault="00045D87">
            <w:pPr>
              <w:spacing w:after="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Ruski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kao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nema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045D87" w:rsidRDefault="00045D87">
            <w:pPr>
              <w:spacing w:after="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Hemija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D87" w:rsidRDefault="00045D87">
            <w:pPr>
              <w:spacing w:after="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D87" w:rsidRDefault="00045D8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szCs w:val="24"/>
              </w:rPr>
              <w:t>Engleski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jez</w:t>
            </w:r>
            <w:proofErr w:type="spellEnd"/>
            <w:r>
              <w:rPr>
                <w:szCs w:val="24"/>
              </w:rPr>
              <w:t>.-KV</w:t>
            </w:r>
          </w:p>
          <w:p w:rsidR="00045D87" w:rsidRDefault="00045D87">
            <w:pPr>
              <w:rPr>
                <w:szCs w:val="24"/>
              </w:rPr>
            </w:pPr>
          </w:p>
          <w:p w:rsidR="00045D87" w:rsidRDefault="00045D87">
            <w:pPr>
              <w:spacing w:after="8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5D87" w:rsidTr="00045D87">
        <w:trPr>
          <w:trHeight w:val="135"/>
        </w:trPr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OKTOBAR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6.nedelja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5-9.oktobra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7.nedelja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12-16.oktobra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8.nedelja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19-23.oktobra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9.nedelja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26-30.oktobra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</w:pPr>
          </w:p>
        </w:tc>
      </w:tr>
      <w:tr w:rsidR="00045D87" w:rsidTr="00045D87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5D87" w:rsidRDefault="00045D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Bosan.jez i knji- KV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kao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nema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Bosan.jez i knji-PZ</w:t>
            </w:r>
          </w:p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Ruski jezik- KV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</w:p>
          <w:p w:rsidR="00045D87" w:rsidRDefault="00045D87">
            <w:pPr>
              <w:rPr>
                <w:color w:val="FF0000"/>
                <w:szCs w:val="24"/>
                <w:lang w:val="de-DE"/>
              </w:rPr>
            </w:pPr>
          </w:p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</w:p>
        </w:tc>
      </w:tr>
      <w:tr w:rsidR="00045D87" w:rsidTr="00045D87">
        <w:trPr>
          <w:trHeight w:val="135"/>
        </w:trPr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10.nedelja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2-6.novembra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11.nedelja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9-10.novembra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12.nedelja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16-20. novembra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13.nedelja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23-27.novembra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045D87" w:rsidTr="00045D87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5D87" w:rsidRDefault="00045D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 jezik – KV</w:t>
            </w:r>
          </w:p>
          <w:p w:rsidR="00045D87" w:rsidRDefault="00045D87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D87" w:rsidRDefault="00045D87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kao nemat- KV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045D87" w:rsidRDefault="00045D87">
            <w:pPr>
              <w:spacing w:after="0"/>
              <w:rPr>
                <w:szCs w:val="24"/>
                <w:lang w:val="de-DE"/>
              </w:rPr>
            </w:pPr>
          </w:p>
          <w:p w:rsidR="00045D87" w:rsidRDefault="00045D87">
            <w:pPr>
              <w:spacing w:after="0"/>
              <w:rPr>
                <w:szCs w:val="24"/>
                <w:lang w:val="de-DE"/>
              </w:rPr>
            </w:pP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045D87" w:rsidTr="00045D87">
        <w:trPr>
          <w:trHeight w:val="135"/>
        </w:trPr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Cs w:val="24"/>
                <w:lang w:val="de-DE"/>
              </w:rPr>
              <w:t>DECEMBAR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14.nedelja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30.nov-4.decembra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15.nedelja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7-11.decembra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16.nedelja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14-18.decembra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17.nedelja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21-25.decembra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18.nedelja</w:t>
            </w:r>
          </w:p>
          <w:p w:rsidR="00045D87" w:rsidRDefault="00045D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28-30.decembra</w:t>
            </w:r>
          </w:p>
        </w:tc>
      </w:tr>
      <w:tr w:rsidR="00045D87" w:rsidTr="00045D87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5D87" w:rsidRDefault="00045D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Bosajez i knji- KV</w:t>
            </w:r>
          </w:p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color w:val="FF0000"/>
                <w:szCs w:val="24"/>
                <w:lang w:val="de-DE"/>
              </w:rPr>
              <w:t>Ruski jezik- PZ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Bosan.jez i knji- PZ</w:t>
            </w:r>
          </w:p>
          <w:p w:rsidR="00045D87" w:rsidRDefault="00045D87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KV</w:t>
            </w:r>
          </w:p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Hemija- KV</w:t>
            </w:r>
          </w:p>
        </w:tc>
        <w:tc>
          <w:tcPr>
            <w:tcW w:w="2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Engleski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jezik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D87" w:rsidRDefault="00045D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  <w:p w:rsidR="00045D87" w:rsidRDefault="00045D87">
            <w:pPr>
              <w:rPr>
                <w:color w:val="FF0000"/>
                <w:szCs w:val="24"/>
              </w:rPr>
            </w:pPr>
          </w:p>
          <w:p w:rsidR="00045D87" w:rsidRDefault="00045D87">
            <w:pPr>
              <w:spacing w:after="8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045D87" w:rsidRDefault="00045D87" w:rsidP="00BA7FE4">
      <w:pPr>
        <w:jc w:val="both"/>
      </w:pPr>
    </w:p>
    <w:sectPr w:rsidR="00045D87" w:rsidSect="001B591D">
      <w:pgSz w:w="15840" w:h="12240" w:orient="landscape"/>
      <w:pgMar w:top="99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47730"/>
    <w:rsid w:val="00034616"/>
    <w:rsid w:val="00045D87"/>
    <w:rsid w:val="0006063C"/>
    <w:rsid w:val="0015074B"/>
    <w:rsid w:val="001B591D"/>
    <w:rsid w:val="0029639D"/>
    <w:rsid w:val="002E49AF"/>
    <w:rsid w:val="00326F90"/>
    <w:rsid w:val="0050732E"/>
    <w:rsid w:val="00535F37"/>
    <w:rsid w:val="005A3E97"/>
    <w:rsid w:val="00787E8E"/>
    <w:rsid w:val="007C3441"/>
    <w:rsid w:val="00AA1D8D"/>
    <w:rsid w:val="00B47730"/>
    <w:rsid w:val="00BA7FE4"/>
    <w:rsid w:val="00C0085C"/>
    <w:rsid w:val="00CB0664"/>
    <w:rsid w:val="00CE25BA"/>
    <w:rsid w:val="00E84A6C"/>
    <w:rsid w:val="00EF22B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6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72B8DD-7835-45C3-BFA6-52234ECB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PC</cp:lastModifiedBy>
  <cp:revision>7</cp:revision>
  <dcterms:created xsi:type="dcterms:W3CDTF">2026-09-11T11:14:00Z</dcterms:created>
  <dcterms:modified xsi:type="dcterms:W3CDTF">2026-09-16T10:26:00Z</dcterms:modified>
</cp:coreProperties>
</file>