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5E0" w:rsidRDefault="00A805E0" w:rsidP="00A805E0">
      <w:pPr>
        <w:spacing w:after="0"/>
        <w:jc w:val="center"/>
        <w:rPr>
          <w:b/>
        </w:rPr>
      </w:pPr>
      <w:r>
        <w:rPr>
          <w:b/>
        </w:rPr>
        <w:t>RASPORED PISMENIH I KONTROLNIH VEŽBI DUŽIH OD 15 MINUTA</w:t>
      </w:r>
    </w:p>
    <w:p w:rsidR="00A805E0" w:rsidRDefault="00A805E0" w:rsidP="00A805E0">
      <w:pPr>
        <w:spacing w:after="0"/>
        <w:jc w:val="center"/>
        <w:rPr>
          <w:b/>
        </w:rPr>
      </w:pPr>
      <w:proofErr w:type="spellStart"/>
      <w:r>
        <w:rPr>
          <w:b/>
        </w:rPr>
        <w:t>Prvo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polugodište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školske</w:t>
      </w:r>
      <w:proofErr w:type="spellEnd"/>
      <w:r>
        <w:rPr>
          <w:b/>
        </w:rPr>
        <w:t xml:space="preserve">  202</w:t>
      </w:r>
      <w:r>
        <w:rPr>
          <w:b/>
          <w:lang w:val="sr-Cyrl-BA"/>
        </w:rPr>
        <w:t>6</w:t>
      </w:r>
      <w:proofErr w:type="gramEnd"/>
      <w:r>
        <w:rPr>
          <w:b/>
        </w:rPr>
        <w:t>/202</w:t>
      </w:r>
      <w:r>
        <w:rPr>
          <w:b/>
          <w:lang w:val="sr-Cyrl-BA"/>
        </w:rPr>
        <w:t>7</w:t>
      </w:r>
      <w:r>
        <w:rPr>
          <w:b/>
        </w:rPr>
        <w:t>.</w:t>
      </w:r>
      <w:proofErr w:type="spellStart"/>
      <w:r>
        <w:rPr>
          <w:b/>
        </w:rPr>
        <w:t>godina</w:t>
      </w:r>
      <w:proofErr w:type="spellEnd"/>
    </w:p>
    <w:p w:rsidR="00A805E0" w:rsidRDefault="00A805E0" w:rsidP="00A805E0">
      <w:pPr>
        <w:spacing w:after="0"/>
        <w:jc w:val="center"/>
        <w:rPr>
          <w:b/>
        </w:rPr>
      </w:pPr>
      <w:r>
        <w:rPr>
          <w:b/>
        </w:rPr>
        <w:t>7/1</w:t>
      </w:r>
    </w:p>
    <w:p w:rsidR="00A805E0" w:rsidRDefault="00A805E0" w:rsidP="00A805E0">
      <w:pPr>
        <w:spacing w:after="0"/>
        <w:jc w:val="center"/>
        <w:rPr>
          <w:b/>
        </w:rPr>
      </w:pPr>
    </w:p>
    <w:tbl>
      <w:tblPr>
        <w:tblW w:w="13338" w:type="dxa"/>
        <w:tblLook w:val="04A0"/>
      </w:tblPr>
      <w:tblGrid>
        <w:gridCol w:w="2115"/>
        <w:gridCol w:w="2088"/>
        <w:gridCol w:w="2025"/>
        <w:gridCol w:w="2430"/>
        <w:gridCol w:w="2610"/>
        <w:gridCol w:w="2070"/>
      </w:tblGrid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Biologija</w:t>
            </w:r>
            <w:proofErr w:type="spellEnd"/>
            <w:r w:rsidRPr="004C3EFD">
              <w:rPr>
                <w:color w:val="FF0000"/>
                <w:szCs w:val="24"/>
              </w:rPr>
              <w:t>- IT</w:t>
            </w:r>
          </w:p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Francuski</w:t>
            </w:r>
            <w:proofErr w:type="spellEnd"/>
            <w:r w:rsidRPr="004C3EFD">
              <w:rPr>
                <w:color w:val="FF0000"/>
                <w:szCs w:val="24"/>
              </w:rPr>
              <w:t xml:space="preserve"> </w:t>
            </w:r>
            <w:proofErr w:type="spellStart"/>
            <w:r w:rsidRPr="004C3EFD">
              <w:rPr>
                <w:color w:val="FF0000"/>
                <w:szCs w:val="24"/>
              </w:rPr>
              <w:t>jez</w:t>
            </w:r>
            <w:proofErr w:type="spellEnd"/>
            <w:r w:rsidRPr="004C3EFD">
              <w:rPr>
                <w:color w:val="FF0000"/>
                <w:szCs w:val="24"/>
              </w:rPr>
              <w:t>.- IT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Engleski</w:t>
            </w:r>
            <w:proofErr w:type="spellEnd"/>
            <w:r w:rsidRPr="004C3EFD">
              <w:rPr>
                <w:color w:val="FF0000"/>
                <w:szCs w:val="24"/>
              </w:rPr>
              <w:t xml:space="preserve"> </w:t>
            </w:r>
            <w:proofErr w:type="spellStart"/>
            <w:r w:rsidRPr="004C3EFD">
              <w:rPr>
                <w:color w:val="FF0000"/>
                <w:szCs w:val="24"/>
              </w:rPr>
              <w:t>jez</w:t>
            </w:r>
            <w:proofErr w:type="spellEnd"/>
            <w:r w:rsidRPr="004C3EFD">
              <w:rPr>
                <w:color w:val="FF0000"/>
                <w:szCs w:val="24"/>
              </w:rPr>
              <w:t>.- KV</w:t>
            </w:r>
          </w:p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A805E0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A805E0">
            <w:pPr>
              <w:spacing w:after="0"/>
              <w:rPr>
                <w:color w:val="FF0000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A805E0">
            <w:pPr>
              <w:spacing w:after="0"/>
              <w:rPr>
                <w:color w:val="FF0000"/>
                <w:lang w:val="de-DE"/>
              </w:rPr>
            </w:pPr>
            <w:r w:rsidRPr="004C3EFD">
              <w:rPr>
                <w:color w:val="FF0000"/>
                <w:lang w:val="de-DE"/>
              </w:rPr>
              <w:t>Srpski kao nemat- KV</w:t>
            </w:r>
          </w:p>
          <w:p w:rsidR="00A805E0" w:rsidRPr="00E02DA5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  <w:r w:rsidRPr="004C3EFD">
              <w:rPr>
                <w:color w:val="FF0000"/>
                <w:lang w:val="de-DE"/>
              </w:rPr>
              <w:t>Bosans.jez i knji- PZ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nemat- PZ</w:t>
            </w:r>
          </w:p>
          <w:p w:rsidR="00A805E0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  <w:p w:rsidR="00A805E0" w:rsidRPr="00E02DA5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Bosansk jez. I knji- KV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A805E0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A805E0" w:rsidRPr="00E02DA5" w:rsidRDefault="00A805E0" w:rsidP="00A805E0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A805E0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jez.- KV</w:t>
            </w:r>
          </w:p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nemat- KV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.- PZ</w:t>
            </w:r>
          </w:p>
        </w:tc>
        <w:tc>
          <w:tcPr>
            <w:tcW w:w="24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kao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nemat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A805E0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Hemija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A805E0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Bosans.jezi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knji</w:t>
            </w:r>
            <w:proofErr w:type="spellEnd"/>
            <w:r>
              <w:rPr>
                <w:color w:val="FF0000"/>
                <w:szCs w:val="24"/>
              </w:rPr>
              <w:t>.-PZ</w:t>
            </w:r>
          </w:p>
          <w:p w:rsidR="00A805E0" w:rsidRPr="00E02DA5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</w:rPr>
            </w:pPr>
          </w:p>
          <w:p w:rsidR="00A805E0" w:rsidRDefault="00A805E0" w:rsidP="003321BE">
            <w:pPr>
              <w:rPr>
                <w:color w:val="FF0000"/>
                <w:szCs w:val="24"/>
              </w:rPr>
            </w:pP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</w:tr>
    </w:tbl>
    <w:p w:rsidR="00A805E0" w:rsidRDefault="00A805E0" w:rsidP="00A805E0">
      <w:pPr>
        <w:spacing w:after="0"/>
        <w:rPr>
          <w:b/>
          <w:sz w:val="28"/>
          <w:szCs w:val="28"/>
        </w:rPr>
      </w:pPr>
    </w:p>
    <w:p w:rsidR="00A805E0" w:rsidRPr="006F75E4" w:rsidRDefault="00A805E0" w:rsidP="00A805E0">
      <w:pPr>
        <w:spacing w:after="0"/>
        <w:jc w:val="center"/>
        <w:rPr>
          <w:b/>
          <w:sz w:val="28"/>
          <w:szCs w:val="28"/>
        </w:rPr>
      </w:pPr>
      <w:r w:rsidRPr="006F75E4">
        <w:rPr>
          <w:b/>
          <w:sz w:val="28"/>
          <w:szCs w:val="28"/>
        </w:rPr>
        <w:lastRenderedPageBreak/>
        <w:t>7/2</w:t>
      </w:r>
    </w:p>
    <w:p w:rsidR="00A805E0" w:rsidRDefault="00A805E0" w:rsidP="00A805E0">
      <w:pPr>
        <w:spacing w:after="0"/>
        <w:rPr>
          <w:b/>
          <w:sz w:val="28"/>
          <w:szCs w:val="28"/>
        </w:rPr>
      </w:pPr>
    </w:p>
    <w:tbl>
      <w:tblPr>
        <w:tblW w:w="12978" w:type="dxa"/>
        <w:tblLook w:val="04A0"/>
      </w:tblPr>
      <w:tblGrid>
        <w:gridCol w:w="1908"/>
        <w:gridCol w:w="1980"/>
        <w:gridCol w:w="2250"/>
        <w:gridCol w:w="2283"/>
        <w:gridCol w:w="2307"/>
        <w:gridCol w:w="2250"/>
      </w:tblGrid>
      <w:tr w:rsidR="00A805E0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Biologija</w:t>
            </w:r>
            <w:proofErr w:type="spellEnd"/>
            <w:r w:rsidRPr="004C3EFD">
              <w:rPr>
                <w:color w:val="FF0000"/>
                <w:szCs w:val="24"/>
              </w:rPr>
              <w:t>- IT</w:t>
            </w:r>
          </w:p>
          <w:p w:rsidR="00A805E0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Francuski</w:t>
            </w:r>
            <w:proofErr w:type="spellEnd"/>
            <w:r w:rsidRPr="004C3EFD">
              <w:rPr>
                <w:color w:val="FF0000"/>
                <w:szCs w:val="24"/>
              </w:rPr>
              <w:t xml:space="preserve"> </w:t>
            </w:r>
            <w:proofErr w:type="spellStart"/>
            <w:r w:rsidRPr="004C3EFD">
              <w:rPr>
                <w:color w:val="FF0000"/>
                <w:szCs w:val="24"/>
              </w:rPr>
              <w:t>jez</w:t>
            </w:r>
            <w:proofErr w:type="spellEnd"/>
            <w:r w:rsidRPr="004C3EFD">
              <w:rPr>
                <w:color w:val="FF0000"/>
                <w:szCs w:val="24"/>
              </w:rPr>
              <w:t>.- IT</w:t>
            </w:r>
          </w:p>
          <w:p w:rsidR="00A805E0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A805E0" w:rsidRPr="004C3EFD" w:rsidRDefault="00A805E0" w:rsidP="00A805E0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kao</w:t>
            </w:r>
            <w:proofErr w:type="spellEnd"/>
            <w:r>
              <w:rPr>
                <w:color w:val="FF0000"/>
                <w:szCs w:val="24"/>
              </w:rPr>
              <w:t xml:space="preserve">  </w:t>
            </w:r>
            <w:proofErr w:type="spellStart"/>
            <w:r>
              <w:rPr>
                <w:color w:val="FF0000"/>
                <w:szCs w:val="24"/>
              </w:rPr>
              <w:t>nema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Engleski</w:t>
            </w:r>
            <w:proofErr w:type="spellEnd"/>
            <w:r w:rsidRPr="004C3EFD">
              <w:rPr>
                <w:color w:val="FF0000"/>
                <w:szCs w:val="24"/>
              </w:rPr>
              <w:t xml:space="preserve"> </w:t>
            </w:r>
            <w:proofErr w:type="spellStart"/>
            <w:r w:rsidRPr="004C3EFD">
              <w:rPr>
                <w:color w:val="FF0000"/>
                <w:szCs w:val="24"/>
              </w:rPr>
              <w:t>jez</w:t>
            </w:r>
            <w:proofErr w:type="spellEnd"/>
            <w:r w:rsidRPr="004C3EFD">
              <w:rPr>
                <w:color w:val="FF0000"/>
                <w:szCs w:val="24"/>
              </w:rPr>
              <w:t>.- KV</w:t>
            </w:r>
          </w:p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  <w:p w:rsidR="00A805E0" w:rsidRPr="004C3EFD" w:rsidRDefault="00A805E0" w:rsidP="003321BE">
            <w:pPr>
              <w:rPr>
                <w:color w:val="FF0000"/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Hemija - KV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3321BE">
            <w:pPr>
              <w:rPr>
                <w:color w:val="FF0000"/>
                <w:lang w:val="de-DE"/>
              </w:rPr>
            </w:pPr>
            <w:r w:rsidRPr="004C3EFD">
              <w:rPr>
                <w:color w:val="FF0000"/>
                <w:lang w:val="de-DE"/>
              </w:rPr>
              <w:t>Srpski kao nemat- KV</w:t>
            </w: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  <w:r w:rsidRPr="004C3EFD">
              <w:rPr>
                <w:color w:val="FF0000"/>
                <w:lang w:val="de-DE"/>
              </w:rPr>
              <w:t>Bosans.jez i knji- PZ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Bosansk jez. I knji- KV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3321BE">
            <w:pPr>
              <w:rPr>
                <w:color w:val="FF0000"/>
                <w:lang w:val="de-DE"/>
              </w:rPr>
            </w:pPr>
            <w:r w:rsidRPr="004C3EFD">
              <w:rPr>
                <w:color w:val="FF0000"/>
                <w:lang w:val="de-DE"/>
              </w:rPr>
              <w:t>Srpski kao nemat- KV</w:t>
            </w:r>
          </w:p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jezik- KV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A805E0" w:rsidRPr="00E02DA5" w:rsidTr="003321BE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Engleski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jez</w:t>
            </w:r>
            <w:proofErr w:type="spellEnd"/>
            <w:r w:rsidRPr="004C3EFD">
              <w:rPr>
                <w:color w:val="FF0000"/>
              </w:rPr>
              <w:t>.- PZ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Srpski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kao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nemat</w:t>
            </w:r>
            <w:proofErr w:type="spellEnd"/>
            <w:r w:rsidRPr="004C3EFD">
              <w:rPr>
                <w:color w:val="FF0000"/>
              </w:rPr>
              <w:t>- PZ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</w:p>
        </w:tc>
        <w:tc>
          <w:tcPr>
            <w:tcW w:w="22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Hemija</w:t>
            </w:r>
            <w:proofErr w:type="spellEnd"/>
            <w:r w:rsidRPr="004C3EFD">
              <w:rPr>
                <w:color w:val="FF0000"/>
              </w:rPr>
              <w:t>- KV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Matematika</w:t>
            </w:r>
            <w:proofErr w:type="spellEnd"/>
            <w:r w:rsidRPr="004C3EFD">
              <w:rPr>
                <w:color w:val="FF0000"/>
              </w:rPr>
              <w:t>- PZ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Fizika</w:t>
            </w:r>
            <w:proofErr w:type="spellEnd"/>
            <w:r w:rsidRPr="004C3EFD">
              <w:rPr>
                <w:color w:val="FF0000"/>
              </w:rPr>
              <w:t>- KV</w:t>
            </w:r>
          </w:p>
        </w:tc>
        <w:tc>
          <w:tcPr>
            <w:tcW w:w="2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Bosan.jez.i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knji</w:t>
            </w:r>
            <w:proofErr w:type="spellEnd"/>
            <w:r w:rsidRPr="004C3EFD">
              <w:rPr>
                <w:color w:val="FF0000"/>
              </w:rPr>
              <w:t>.- PZ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Francuski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jez</w:t>
            </w:r>
            <w:proofErr w:type="spellEnd"/>
            <w:r w:rsidRPr="004C3EFD">
              <w:rPr>
                <w:color w:val="FF0000"/>
              </w:rPr>
              <w:t>.- PZ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Bosans.jezi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knji</w:t>
            </w:r>
            <w:proofErr w:type="spellEnd"/>
            <w:r w:rsidRPr="004C3EFD">
              <w:rPr>
                <w:color w:val="FF0000"/>
              </w:rPr>
              <w:t>- KV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</w:p>
          <w:p w:rsidR="00A805E0" w:rsidRPr="004C3EFD" w:rsidRDefault="00A805E0" w:rsidP="003321BE">
            <w:pPr>
              <w:rPr>
                <w:color w:val="FF0000"/>
              </w:rPr>
            </w:pPr>
          </w:p>
        </w:tc>
      </w:tr>
    </w:tbl>
    <w:p w:rsidR="00A805E0" w:rsidRDefault="00A805E0" w:rsidP="00A805E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RASPORED PISMENIH I KONTROLNIH VEŽBI DUŽIH OD 15 MINUTA</w:t>
      </w:r>
    </w:p>
    <w:p w:rsidR="00A805E0" w:rsidRDefault="00A805E0" w:rsidP="00A805E0">
      <w:pPr>
        <w:spacing w:after="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Prvo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polugodište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proofErr w:type="gramStart"/>
      <w:r>
        <w:rPr>
          <w:b/>
          <w:sz w:val="28"/>
          <w:szCs w:val="28"/>
        </w:rPr>
        <w:t>školske</w:t>
      </w:r>
      <w:proofErr w:type="spellEnd"/>
      <w:r>
        <w:rPr>
          <w:b/>
          <w:sz w:val="28"/>
          <w:szCs w:val="28"/>
        </w:rPr>
        <w:t xml:space="preserve">  202</w:t>
      </w:r>
      <w:r>
        <w:rPr>
          <w:b/>
          <w:sz w:val="28"/>
          <w:szCs w:val="28"/>
          <w:lang w:val="sr-Cyrl-BA"/>
        </w:rPr>
        <w:t>6</w:t>
      </w:r>
      <w:proofErr w:type="gramEnd"/>
      <w:r>
        <w:rPr>
          <w:b/>
          <w:sz w:val="28"/>
          <w:szCs w:val="28"/>
        </w:rPr>
        <w:t>/202</w:t>
      </w:r>
      <w:r>
        <w:rPr>
          <w:b/>
          <w:sz w:val="28"/>
          <w:szCs w:val="28"/>
          <w:lang w:val="sr-Cyrl-BA"/>
        </w:rPr>
        <w:t>7</w:t>
      </w:r>
      <w:r>
        <w:rPr>
          <w:b/>
          <w:sz w:val="28"/>
          <w:szCs w:val="28"/>
        </w:rPr>
        <w:t>.</w:t>
      </w:r>
      <w:proofErr w:type="spellStart"/>
      <w:r>
        <w:rPr>
          <w:b/>
          <w:sz w:val="28"/>
          <w:szCs w:val="28"/>
        </w:rPr>
        <w:t>godina</w:t>
      </w:r>
      <w:proofErr w:type="spellEnd"/>
    </w:p>
    <w:p w:rsidR="00A805E0" w:rsidRDefault="00A805E0" w:rsidP="00A805E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7/3</w:t>
      </w:r>
    </w:p>
    <w:tbl>
      <w:tblPr>
        <w:tblW w:w="13158" w:type="dxa"/>
        <w:tblLook w:val="04A0"/>
      </w:tblPr>
      <w:tblGrid>
        <w:gridCol w:w="2115"/>
        <w:gridCol w:w="2088"/>
        <w:gridCol w:w="2295"/>
        <w:gridCol w:w="2160"/>
        <w:gridCol w:w="2340"/>
        <w:gridCol w:w="2160"/>
      </w:tblGrid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A805E0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Biologija</w:t>
            </w:r>
            <w:proofErr w:type="spellEnd"/>
            <w:r w:rsidRPr="004C3EFD">
              <w:rPr>
                <w:color w:val="FF0000"/>
                <w:szCs w:val="24"/>
              </w:rPr>
              <w:t>- IT</w:t>
            </w:r>
          </w:p>
          <w:p w:rsidR="00A805E0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Francuski</w:t>
            </w:r>
            <w:proofErr w:type="spellEnd"/>
            <w:r w:rsidRPr="004C3EFD">
              <w:rPr>
                <w:color w:val="FF0000"/>
                <w:szCs w:val="24"/>
              </w:rPr>
              <w:t xml:space="preserve"> </w:t>
            </w:r>
            <w:proofErr w:type="spellStart"/>
            <w:r w:rsidRPr="004C3EFD">
              <w:rPr>
                <w:color w:val="FF0000"/>
                <w:szCs w:val="24"/>
              </w:rPr>
              <w:t>jez</w:t>
            </w:r>
            <w:proofErr w:type="spellEnd"/>
            <w:r w:rsidRPr="004C3EFD">
              <w:rPr>
                <w:color w:val="FF0000"/>
                <w:szCs w:val="24"/>
              </w:rPr>
              <w:t>.- IT</w:t>
            </w:r>
          </w:p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.- IT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Engleski</w:t>
            </w:r>
            <w:proofErr w:type="spellEnd"/>
            <w:r w:rsidRPr="004C3EFD">
              <w:rPr>
                <w:color w:val="FF0000"/>
                <w:szCs w:val="24"/>
              </w:rPr>
              <w:t xml:space="preserve"> </w:t>
            </w:r>
            <w:proofErr w:type="spellStart"/>
            <w:r w:rsidRPr="004C3EFD">
              <w:rPr>
                <w:color w:val="FF0000"/>
                <w:szCs w:val="24"/>
              </w:rPr>
              <w:t>jez</w:t>
            </w:r>
            <w:proofErr w:type="spellEnd"/>
            <w:r w:rsidRPr="004C3EFD">
              <w:rPr>
                <w:color w:val="FF0000"/>
                <w:szCs w:val="24"/>
              </w:rPr>
              <w:t>.- KV</w:t>
            </w:r>
          </w:p>
          <w:p w:rsidR="00A805E0" w:rsidRDefault="00A805E0" w:rsidP="003321BE">
            <w:pPr>
              <w:rPr>
                <w:szCs w:val="24"/>
              </w:rPr>
            </w:pPr>
          </w:p>
          <w:p w:rsidR="00A805E0" w:rsidRPr="00E02DA5" w:rsidRDefault="00A805E0" w:rsidP="003321BE">
            <w:pPr>
              <w:rPr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jez. I knji- KV</w:t>
            </w: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jez i knji- PZ</w:t>
            </w: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jez.- KV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jez- PZ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Hemija</w:t>
            </w:r>
            <w:proofErr w:type="spellEnd"/>
            <w:r w:rsidRPr="004C3EFD">
              <w:rPr>
                <w:color w:val="FF0000"/>
              </w:rPr>
              <w:t>- KV</w:t>
            </w:r>
          </w:p>
          <w:p w:rsidR="00A805E0" w:rsidRPr="004C3EFD" w:rsidRDefault="00A805E0" w:rsidP="003321BE">
            <w:pPr>
              <w:rPr>
                <w:color w:val="FF0000"/>
              </w:rPr>
            </w:pPr>
            <w:proofErr w:type="spellStart"/>
            <w:r w:rsidRPr="004C3EFD">
              <w:rPr>
                <w:color w:val="FF0000"/>
              </w:rPr>
              <w:t>Srpski</w:t>
            </w:r>
            <w:proofErr w:type="spellEnd"/>
            <w:r w:rsidRPr="004C3EFD">
              <w:rPr>
                <w:color w:val="FF0000"/>
              </w:rPr>
              <w:t xml:space="preserve"> </w:t>
            </w:r>
            <w:proofErr w:type="spellStart"/>
            <w:r w:rsidRPr="004C3EFD">
              <w:rPr>
                <w:color w:val="FF0000"/>
              </w:rPr>
              <w:t>jezik</w:t>
            </w:r>
            <w:proofErr w:type="spellEnd"/>
            <w:r w:rsidRPr="004C3EFD">
              <w:rPr>
                <w:color w:val="FF0000"/>
              </w:rPr>
              <w:t xml:space="preserve"> I </w:t>
            </w:r>
            <w:proofErr w:type="spellStart"/>
            <w:r w:rsidRPr="004C3EFD">
              <w:rPr>
                <w:color w:val="FF0000"/>
              </w:rPr>
              <w:t>knj</w:t>
            </w:r>
            <w:proofErr w:type="spellEnd"/>
            <w:r w:rsidRPr="004C3EFD">
              <w:rPr>
                <w:color w:val="FF0000"/>
              </w:rPr>
              <w:t>-KV</w:t>
            </w: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</w:rPr>
              <w:t>Matematika</w:t>
            </w:r>
            <w:proofErr w:type="spellEnd"/>
            <w:r w:rsidRPr="004C3EFD">
              <w:rPr>
                <w:color w:val="FF0000"/>
              </w:rPr>
              <w:t>- PZ</w:t>
            </w:r>
          </w:p>
        </w:tc>
        <w:tc>
          <w:tcPr>
            <w:tcW w:w="23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. I </w:t>
            </w:r>
            <w:proofErr w:type="spellStart"/>
            <w:r>
              <w:rPr>
                <w:color w:val="FF0000"/>
                <w:szCs w:val="24"/>
              </w:rPr>
              <w:t>knjiz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</w:rPr>
            </w:pPr>
          </w:p>
          <w:p w:rsidR="00A805E0" w:rsidRDefault="00A805E0" w:rsidP="003321BE">
            <w:pPr>
              <w:rPr>
                <w:color w:val="FF0000"/>
                <w:szCs w:val="24"/>
              </w:rPr>
            </w:pP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</w:tr>
    </w:tbl>
    <w:p w:rsidR="00A805E0" w:rsidRDefault="00A805E0" w:rsidP="00A805E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7/4</w:t>
      </w:r>
    </w:p>
    <w:p w:rsidR="00A805E0" w:rsidRDefault="00A805E0" w:rsidP="00A805E0">
      <w:pPr>
        <w:spacing w:after="0"/>
        <w:jc w:val="center"/>
        <w:rPr>
          <w:b/>
          <w:sz w:val="28"/>
          <w:szCs w:val="28"/>
        </w:rPr>
      </w:pPr>
    </w:p>
    <w:tbl>
      <w:tblPr>
        <w:tblW w:w="12618" w:type="dxa"/>
        <w:tblLook w:val="04A0"/>
      </w:tblPr>
      <w:tblGrid>
        <w:gridCol w:w="2115"/>
        <w:gridCol w:w="2088"/>
        <w:gridCol w:w="2025"/>
        <w:gridCol w:w="2193"/>
        <w:gridCol w:w="2109"/>
        <w:gridCol w:w="2088"/>
      </w:tblGrid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A805E0" w:rsidRPr="00E02DA5" w:rsidTr="003321BE">
        <w:trPr>
          <w:trHeight w:val="127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4C3EFD">
              <w:rPr>
                <w:color w:val="FF0000"/>
                <w:szCs w:val="24"/>
              </w:rPr>
              <w:t>Biologija</w:t>
            </w:r>
            <w:proofErr w:type="spellEnd"/>
            <w:r w:rsidRPr="004C3EFD">
              <w:rPr>
                <w:color w:val="FF0000"/>
                <w:szCs w:val="24"/>
              </w:rPr>
              <w:t>- IT</w:t>
            </w:r>
          </w:p>
          <w:p w:rsidR="00A805E0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.- IT</w:t>
            </w:r>
          </w:p>
          <w:p w:rsidR="00A805E0" w:rsidRPr="004C3EFD" w:rsidRDefault="00A805E0" w:rsidP="003321BE">
            <w:pPr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szCs w:val="24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szCs w:val="24"/>
              </w:rPr>
            </w:pPr>
          </w:p>
          <w:p w:rsidR="00A805E0" w:rsidRPr="0066553B" w:rsidRDefault="00A805E0" w:rsidP="003321BE">
            <w:pPr>
              <w:rPr>
                <w:color w:val="FF0000"/>
                <w:szCs w:val="24"/>
              </w:rPr>
            </w:pPr>
            <w:proofErr w:type="spellStart"/>
            <w:r w:rsidRPr="0066553B">
              <w:rPr>
                <w:color w:val="FF0000"/>
                <w:szCs w:val="24"/>
              </w:rPr>
              <w:t>Engleski</w:t>
            </w:r>
            <w:proofErr w:type="spellEnd"/>
            <w:r w:rsidRPr="0066553B">
              <w:rPr>
                <w:color w:val="FF0000"/>
                <w:szCs w:val="24"/>
              </w:rPr>
              <w:t xml:space="preserve"> </w:t>
            </w:r>
            <w:proofErr w:type="spellStart"/>
            <w:r w:rsidRPr="0066553B">
              <w:rPr>
                <w:color w:val="FF0000"/>
                <w:szCs w:val="24"/>
              </w:rPr>
              <w:t>jezik</w:t>
            </w:r>
            <w:proofErr w:type="spellEnd"/>
            <w:r w:rsidRPr="0066553B">
              <w:rPr>
                <w:color w:val="FF0000"/>
                <w:szCs w:val="24"/>
              </w:rPr>
              <w:t>- KV</w:t>
            </w: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06116" w:rsidRDefault="00A805E0" w:rsidP="003321BE">
            <w:pPr>
              <w:rPr>
                <w:color w:val="FF0000"/>
                <w:lang w:val="de-DE"/>
              </w:rPr>
            </w:pPr>
            <w:r w:rsidRPr="00406116">
              <w:rPr>
                <w:color w:val="FF0000"/>
                <w:lang w:val="de-DE"/>
              </w:rPr>
              <w:t>Srpski jez. I knji- KV</w:t>
            </w:r>
          </w:p>
          <w:p w:rsidR="00A805E0" w:rsidRPr="00406116" w:rsidRDefault="00A805E0" w:rsidP="003321BE">
            <w:pPr>
              <w:rPr>
                <w:color w:val="FF0000"/>
                <w:lang w:val="de-DE"/>
              </w:rPr>
            </w:pPr>
            <w:r w:rsidRPr="00406116">
              <w:rPr>
                <w:color w:val="FF0000"/>
                <w:lang w:val="de-DE"/>
              </w:rPr>
              <w:t>Francuski jez- KV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06116" w:rsidRDefault="00A805E0" w:rsidP="003321BE">
            <w:pPr>
              <w:rPr>
                <w:color w:val="FF0000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06116" w:rsidRDefault="00A805E0" w:rsidP="003321BE">
            <w:pPr>
              <w:rPr>
                <w:color w:val="FF0000"/>
                <w:lang w:val="de-DE"/>
              </w:rPr>
            </w:pPr>
            <w:r w:rsidRPr="00406116">
              <w:rPr>
                <w:color w:val="FF0000"/>
                <w:lang w:val="de-DE"/>
              </w:rPr>
              <w:t>Srpski jez i knji- PZ</w:t>
            </w:r>
          </w:p>
          <w:p w:rsidR="00A805E0" w:rsidRPr="00406116" w:rsidRDefault="00A805E0" w:rsidP="003321BE">
            <w:pPr>
              <w:rPr>
                <w:color w:val="FF0000"/>
                <w:lang w:val="de-DE"/>
              </w:rPr>
            </w:pPr>
            <w:r w:rsidRPr="00406116">
              <w:rPr>
                <w:color w:val="FF0000"/>
                <w:lang w:val="de-DE"/>
              </w:rPr>
              <w:t>Fizika- KV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</w:p>
          <w:p w:rsidR="00A805E0" w:rsidRDefault="00A805E0" w:rsidP="003321BE">
            <w:pPr>
              <w:rPr>
                <w:color w:val="FF0000"/>
                <w:szCs w:val="24"/>
                <w:lang w:val="de-DE"/>
              </w:rPr>
            </w:pPr>
          </w:p>
          <w:p w:rsidR="00A805E0" w:rsidRPr="00E02DA5" w:rsidRDefault="00A805E0" w:rsidP="003321BE">
            <w:pPr>
              <w:rPr>
                <w:color w:val="FF0000"/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Matematika- PZ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jez.- KV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Francuski jez-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Default="00A805E0" w:rsidP="003321BE">
            <w:pPr>
              <w:spacing w:after="0"/>
              <w:rPr>
                <w:szCs w:val="24"/>
                <w:lang w:val="de-DE"/>
              </w:rPr>
            </w:pPr>
          </w:p>
          <w:p w:rsidR="00A805E0" w:rsidRPr="00E02DA5" w:rsidRDefault="00A805E0" w:rsidP="003321BE">
            <w:pPr>
              <w:spacing w:after="0"/>
              <w:rPr>
                <w:szCs w:val="24"/>
                <w:lang w:val="de-DE"/>
              </w:rPr>
            </w:pPr>
          </w:p>
        </w:tc>
      </w:tr>
      <w:tr w:rsidR="00A805E0" w:rsidRPr="00E02DA5" w:rsidTr="003321BE">
        <w:trPr>
          <w:trHeight w:val="135"/>
        </w:trPr>
        <w:tc>
          <w:tcPr>
            <w:tcW w:w="211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A805E0" w:rsidRPr="00E02DA5" w:rsidRDefault="00A805E0" w:rsidP="003321BE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A805E0" w:rsidRPr="00E02DA5" w:rsidTr="003321BE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805E0" w:rsidRPr="00E02DA5" w:rsidRDefault="00A805E0" w:rsidP="003321BE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06116" w:rsidRDefault="00A805E0" w:rsidP="003321BE">
            <w:pPr>
              <w:rPr>
                <w:color w:val="FF0000"/>
              </w:rPr>
            </w:pPr>
            <w:proofErr w:type="spellStart"/>
            <w:r w:rsidRPr="00406116">
              <w:rPr>
                <w:color w:val="FF0000"/>
              </w:rPr>
              <w:t>Engleski</w:t>
            </w:r>
            <w:proofErr w:type="spellEnd"/>
            <w:r w:rsidRPr="00406116">
              <w:rPr>
                <w:color w:val="FF0000"/>
              </w:rPr>
              <w:t xml:space="preserve"> </w:t>
            </w:r>
            <w:proofErr w:type="spellStart"/>
            <w:r w:rsidRPr="00406116">
              <w:rPr>
                <w:color w:val="FF0000"/>
              </w:rPr>
              <w:t>jez</w:t>
            </w:r>
            <w:proofErr w:type="spellEnd"/>
            <w:r w:rsidRPr="00406116">
              <w:rPr>
                <w:color w:val="FF0000"/>
              </w:rPr>
              <w:t>- PZ</w:t>
            </w:r>
          </w:p>
          <w:p w:rsidR="00A805E0" w:rsidRPr="00406116" w:rsidRDefault="00A805E0" w:rsidP="003321BE">
            <w:pPr>
              <w:rPr>
                <w:color w:val="FF0000"/>
              </w:rPr>
            </w:pPr>
            <w:proofErr w:type="spellStart"/>
            <w:r w:rsidRPr="00406116">
              <w:rPr>
                <w:color w:val="FF0000"/>
              </w:rPr>
              <w:t>Fizika</w:t>
            </w:r>
            <w:proofErr w:type="spellEnd"/>
            <w:r w:rsidRPr="00406116">
              <w:rPr>
                <w:color w:val="FF0000"/>
              </w:rPr>
              <w:t>- KV</w:t>
            </w:r>
          </w:p>
        </w:tc>
        <w:tc>
          <w:tcPr>
            <w:tcW w:w="21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06116" w:rsidRDefault="00A805E0" w:rsidP="003321BE">
            <w:pPr>
              <w:rPr>
                <w:color w:val="FF0000"/>
              </w:rPr>
            </w:pPr>
            <w:proofErr w:type="spellStart"/>
            <w:r w:rsidRPr="00406116">
              <w:rPr>
                <w:color w:val="FF0000"/>
              </w:rPr>
              <w:t>Hemija</w:t>
            </w:r>
            <w:proofErr w:type="spellEnd"/>
            <w:r w:rsidRPr="00406116">
              <w:rPr>
                <w:color w:val="FF0000"/>
              </w:rPr>
              <w:t>- KV</w:t>
            </w:r>
          </w:p>
          <w:p w:rsidR="00A805E0" w:rsidRPr="00406116" w:rsidRDefault="00A805E0" w:rsidP="003321BE">
            <w:pPr>
              <w:rPr>
                <w:color w:val="FF0000"/>
              </w:rPr>
            </w:pPr>
            <w:proofErr w:type="spellStart"/>
            <w:r w:rsidRPr="00406116">
              <w:rPr>
                <w:color w:val="FF0000"/>
              </w:rPr>
              <w:t>Srpski</w:t>
            </w:r>
            <w:proofErr w:type="spellEnd"/>
            <w:r w:rsidRPr="00406116">
              <w:rPr>
                <w:color w:val="FF0000"/>
              </w:rPr>
              <w:t xml:space="preserve"> </w:t>
            </w:r>
            <w:proofErr w:type="spellStart"/>
            <w:r w:rsidRPr="00406116">
              <w:rPr>
                <w:color w:val="FF0000"/>
              </w:rPr>
              <w:t>jezik</w:t>
            </w:r>
            <w:proofErr w:type="spellEnd"/>
            <w:r w:rsidRPr="00406116">
              <w:rPr>
                <w:color w:val="FF0000"/>
              </w:rPr>
              <w:t xml:space="preserve"> I </w:t>
            </w:r>
            <w:proofErr w:type="spellStart"/>
            <w:r w:rsidRPr="00406116">
              <w:rPr>
                <w:color w:val="FF0000"/>
              </w:rPr>
              <w:t>knj</w:t>
            </w:r>
            <w:proofErr w:type="spellEnd"/>
            <w:r w:rsidRPr="00406116">
              <w:rPr>
                <w:color w:val="FF0000"/>
              </w:rPr>
              <w:t>-KV</w:t>
            </w:r>
          </w:p>
          <w:p w:rsidR="00A805E0" w:rsidRPr="00406116" w:rsidRDefault="00A805E0" w:rsidP="003321BE">
            <w:pPr>
              <w:rPr>
                <w:color w:val="FF0000"/>
              </w:rPr>
            </w:pPr>
            <w:proofErr w:type="spellStart"/>
            <w:r w:rsidRPr="00406116">
              <w:rPr>
                <w:color w:val="FF0000"/>
              </w:rPr>
              <w:t>Matematika</w:t>
            </w:r>
            <w:proofErr w:type="spellEnd"/>
            <w:r w:rsidRPr="00406116">
              <w:rPr>
                <w:color w:val="FF0000"/>
              </w:rPr>
              <w:t>- PZ</w:t>
            </w:r>
          </w:p>
        </w:tc>
        <w:tc>
          <w:tcPr>
            <w:tcW w:w="21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05E0" w:rsidRPr="00406116" w:rsidRDefault="00A805E0" w:rsidP="003321BE">
            <w:pPr>
              <w:rPr>
                <w:color w:val="FF0000"/>
              </w:rPr>
            </w:pPr>
            <w:proofErr w:type="spellStart"/>
            <w:r w:rsidRPr="00406116">
              <w:rPr>
                <w:color w:val="FF0000"/>
              </w:rPr>
              <w:t>Srpski</w:t>
            </w:r>
            <w:proofErr w:type="spellEnd"/>
            <w:r w:rsidRPr="00406116">
              <w:rPr>
                <w:color w:val="FF0000"/>
              </w:rPr>
              <w:t xml:space="preserve"> </w:t>
            </w:r>
            <w:proofErr w:type="spellStart"/>
            <w:r w:rsidRPr="00406116">
              <w:rPr>
                <w:color w:val="FF0000"/>
              </w:rPr>
              <w:t>jez</w:t>
            </w:r>
            <w:proofErr w:type="spellEnd"/>
            <w:r w:rsidRPr="00406116">
              <w:rPr>
                <w:color w:val="FF0000"/>
              </w:rPr>
              <w:t xml:space="preserve">. I </w:t>
            </w:r>
            <w:proofErr w:type="spellStart"/>
            <w:r w:rsidRPr="00406116">
              <w:rPr>
                <w:color w:val="FF0000"/>
              </w:rPr>
              <w:t>knjiz</w:t>
            </w:r>
            <w:proofErr w:type="spellEnd"/>
            <w:r w:rsidRPr="00406116">
              <w:rPr>
                <w:color w:val="FF0000"/>
              </w:rPr>
              <w:t>- PZ</w:t>
            </w:r>
          </w:p>
        </w:tc>
        <w:tc>
          <w:tcPr>
            <w:tcW w:w="2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05E0" w:rsidRDefault="00A805E0" w:rsidP="003321BE">
            <w:pPr>
              <w:rPr>
                <w:color w:val="FF0000"/>
                <w:szCs w:val="24"/>
              </w:rPr>
            </w:pPr>
          </w:p>
          <w:p w:rsidR="00A805E0" w:rsidRDefault="00A805E0" w:rsidP="003321BE">
            <w:pPr>
              <w:rPr>
                <w:color w:val="FF0000"/>
                <w:szCs w:val="24"/>
              </w:rPr>
            </w:pPr>
          </w:p>
          <w:p w:rsidR="00A805E0" w:rsidRPr="00E02DA5" w:rsidRDefault="00A805E0" w:rsidP="003321BE">
            <w:pPr>
              <w:rPr>
                <w:color w:val="FF0000"/>
                <w:szCs w:val="24"/>
              </w:rPr>
            </w:pPr>
          </w:p>
        </w:tc>
      </w:tr>
    </w:tbl>
    <w:p w:rsidR="00310E94" w:rsidRDefault="00310E94" w:rsidP="00310E94">
      <w:pPr>
        <w:spacing w:after="0"/>
        <w:jc w:val="center"/>
        <w:rPr>
          <w:b/>
        </w:rPr>
      </w:pPr>
      <w:r>
        <w:rPr>
          <w:b/>
        </w:rPr>
        <w:lastRenderedPageBreak/>
        <w:t>RASPORED PISMENIH I KONTROLNIH VEŽBI DUŽIH OD 15 MINUTA</w:t>
      </w:r>
    </w:p>
    <w:p w:rsidR="00310E94" w:rsidRDefault="00310E94" w:rsidP="00310E94">
      <w:pPr>
        <w:spacing w:after="0"/>
        <w:jc w:val="center"/>
        <w:rPr>
          <w:b/>
        </w:rPr>
      </w:pPr>
      <w:proofErr w:type="spellStart"/>
      <w:proofErr w:type="gramStart"/>
      <w:r>
        <w:rPr>
          <w:b/>
        </w:rPr>
        <w:t>Prvo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polugodište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školske</w:t>
      </w:r>
      <w:proofErr w:type="spellEnd"/>
      <w:r>
        <w:rPr>
          <w:b/>
        </w:rPr>
        <w:t xml:space="preserve">  202</w:t>
      </w:r>
      <w:r>
        <w:rPr>
          <w:b/>
          <w:lang w:val="sr-Cyrl-BA"/>
        </w:rPr>
        <w:t>6</w:t>
      </w:r>
      <w:r>
        <w:rPr>
          <w:b/>
        </w:rPr>
        <w:t>/202</w:t>
      </w:r>
      <w:r>
        <w:rPr>
          <w:b/>
          <w:lang w:val="sr-Cyrl-BA"/>
        </w:rPr>
        <w:t>7</w:t>
      </w:r>
      <w:r>
        <w:rPr>
          <w:b/>
        </w:rPr>
        <w:t>.</w:t>
      </w:r>
      <w:proofErr w:type="spellStart"/>
      <w:r>
        <w:rPr>
          <w:b/>
        </w:rPr>
        <w:t>godina</w:t>
      </w:r>
      <w:proofErr w:type="spellEnd"/>
    </w:p>
    <w:p w:rsidR="00310E94" w:rsidRDefault="00310E94" w:rsidP="00310E94">
      <w:pPr>
        <w:spacing w:after="0"/>
        <w:jc w:val="center"/>
        <w:rPr>
          <w:b/>
        </w:rPr>
      </w:pPr>
      <w:r>
        <w:rPr>
          <w:b/>
        </w:rPr>
        <w:t xml:space="preserve">7 – </w:t>
      </w:r>
      <w:proofErr w:type="spellStart"/>
      <w:r>
        <w:rPr>
          <w:b/>
        </w:rPr>
        <w:t>Trijebine</w:t>
      </w:r>
      <w:proofErr w:type="spellEnd"/>
    </w:p>
    <w:p w:rsidR="00310E94" w:rsidRDefault="00310E94" w:rsidP="00310E94">
      <w:pPr>
        <w:spacing w:after="0"/>
        <w:jc w:val="center"/>
        <w:rPr>
          <w:b/>
        </w:rPr>
      </w:pPr>
    </w:p>
    <w:tbl>
      <w:tblPr>
        <w:tblW w:w="12978" w:type="dxa"/>
        <w:tblLook w:val="04A0"/>
      </w:tblPr>
      <w:tblGrid>
        <w:gridCol w:w="1908"/>
        <w:gridCol w:w="2295"/>
        <w:gridCol w:w="2655"/>
        <w:gridCol w:w="2160"/>
        <w:gridCol w:w="1980"/>
        <w:gridCol w:w="1980"/>
      </w:tblGrid>
      <w:tr w:rsidR="00310E94" w:rsidRPr="00E02DA5" w:rsidTr="00C13362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SEPTEMBAR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1-4</w:t>
            </w:r>
            <w:r w:rsidRPr="00E02DA5">
              <w:rPr>
                <w:szCs w:val="24"/>
              </w:rPr>
              <w:t xml:space="preserve">. </w:t>
            </w:r>
            <w:proofErr w:type="spellStart"/>
            <w:r w:rsidRPr="00E02DA5">
              <w:rPr>
                <w:szCs w:val="24"/>
              </w:rPr>
              <w:t>septembra</w:t>
            </w:r>
            <w:proofErr w:type="spellEnd"/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2.nedelja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3.nedelja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4.nedelja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.septembra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</w:t>
            </w:r>
            <w:proofErr w:type="gramStart"/>
            <w:r>
              <w:rPr>
                <w:szCs w:val="24"/>
              </w:rPr>
              <w:t>.sep</w:t>
            </w:r>
            <w:proofErr w:type="gramEnd"/>
            <w:r>
              <w:rPr>
                <w:szCs w:val="24"/>
              </w:rPr>
              <w:t xml:space="preserve"> -2.nov.</w:t>
            </w: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10E94" w:rsidRPr="00E02DA5" w:rsidRDefault="00310E94" w:rsidP="00310E94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Geografija</w:t>
            </w:r>
            <w:proofErr w:type="spellEnd"/>
            <w:r>
              <w:rPr>
                <w:color w:val="FF0000"/>
                <w:szCs w:val="24"/>
              </w:rPr>
              <w:t>- IT</w:t>
            </w: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Biologija</w:t>
            </w:r>
            <w:proofErr w:type="spellEnd"/>
            <w:r>
              <w:rPr>
                <w:color w:val="FF0000"/>
                <w:szCs w:val="24"/>
              </w:rPr>
              <w:t xml:space="preserve"> - IT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10E94">
              <w:rPr>
                <w:color w:val="FF0000"/>
                <w:szCs w:val="24"/>
              </w:rPr>
              <w:t>Bosan</w:t>
            </w:r>
            <w:proofErr w:type="spellEnd"/>
            <w:r w:rsidRPr="00310E94">
              <w:rPr>
                <w:color w:val="FF0000"/>
                <w:szCs w:val="24"/>
              </w:rPr>
              <w:t xml:space="preserve"> </w:t>
            </w:r>
            <w:proofErr w:type="spellStart"/>
            <w:r w:rsidRPr="00310E94">
              <w:rPr>
                <w:color w:val="FF0000"/>
                <w:szCs w:val="24"/>
              </w:rPr>
              <w:t>jez</w:t>
            </w:r>
            <w:proofErr w:type="spellEnd"/>
            <w:r w:rsidRPr="00310E94">
              <w:rPr>
                <w:color w:val="FF0000"/>
                <w:szCs w:val="24"/>
              </w:rPr>
              <w:t xml:space="preserve"> I </w:t>
            </w:r>
            <w:proofErr w:type="spellStart"/>
            <w:r w:rsidRPr="00310E94">
              <w:rPr>
                <w:color w:val="FF0000"/>
                <w:szCs w:val="24"/>
              </w:rPr>
              <w:t>knji</w:t>
            </w:r>
            <w:proofErr w:type="spellEnd"/>
            <w:r w:rsidRPr="00310E94">
              <w:rPr>
                <w:color w:val="FF0000"/>
                <w:szCs w:val="24"/>
              </w:rPr>
              <w:t>- IT</w:t>
            </w:r>
          </w:p>
          <w:p w:rsidR="00310E94" w:rsidRP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 w:rsidRPr="00310E94">
              <w:rPr>
                <w:color w:val="FF0000"/>
                <w:szCs w:val="24"/>
              </w:rPr>
              <w:t>Srpski</w:t>
            </w:r>
            <w:proofErr w:type="spellEnd"/>
            <w:r w:rsidRPr="00310E94">
              <w:rPr>
                <w:color w:val="FF0000"/>
                <w:szCs w:val="24"/>
              </w:rPr>
              <w:t xml:space="preserve"> </w:t>
            </w:r>
            <w:proofErr w:type="spellStart"/>
            <w:r w:rsidRPr="00310E94">
              <w:rPr>
                <w:color w:val="FF0000"/>
                <w:szCs w:val="24"/>
              </w:rPr>
              <w:t>kao</w:t>
            </w:r>
            <w:proofErr w:type="spellEnd"/>
            <w:r w:rsidRPr="00310E94">
              <w:rPr>
                <w:color w:val="FF0000"/>
                <w:szCs w:val="24"/>
              </w:rPr>
              <w:t xml:space="preserve"> </w:t>
            </w:r>
            <w:proofErr w:type="spellStart"/>
            <w:r w:rsidRPr="00310E94">
              <w:rPr>
                <w:color w:val="FF0000"/>
                <w:szCs w:val="24"/>
              </w:rPr>
              <w:t>nema</w:t>
            </w:r>
            <w:proofErr w:type="spellEnd"/>
            <w:r w:rsidRPr="00310E94">
              <w:rPr>
                <w:color w:val="FF0000"/>
                <w:szCs w:val="24"/>
              </w:rPr>
              <w:t>-IT</w:t>
            </w:r>
          </w:p>
          <w:p w:rsidR="00310E94" w:rsidRPr="00E02DA5" w:rsidRDefault="00310E94" w:rsidP="00310E94">
            <w:pPr>
              <w:spacing w:after="0"/>
              <w:rPr>
                <w:szCs w:val="24"/>
              </w:rPr>
            </w:pPr>
            <w:proofErr w:type="spellStart"/>
            <w:r w:rsidRPr="00310E94">
              <w:rPr>
                <w:color w:val="FF0000"/>
                <w:szCs w:val="24"/>
              </w:rPr>
              <w:t>Ruski</w:t>
            </w:r>
            <w:proofErr w:type="spellEnd"/>
            <w:r w:rsidRPr="00310E94">
              <w:rPr>
                <w:color w:val="FF0000"/>
                <w:szCs w:val="24"/>
              </w:rPr>
              <w:t xml:space="preserve"> </w:t>
            </w:r>
            <w:proofErr w:type="spellStart"/>
            <w:r w:rsidRPr="00310E94">
              <w:rPr>
                <w:color w:val="FF0000"/>
                <w:szCs w:val="24"/>
              </w:rPr>
              <w:t>jezik</w:t>
            </w:r>
            <w:proofErr w:type="spellEnd"/>
            <w:r w:rsidRPr="00310E94">
              <w:rPr>
                <w:color w:val="FF0000"/>
                <w:szCs w:val="24"/>
              </w:rPr>
              <w:t>- IT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E02DA5" w:rsidRDefault="00310E94" w:rsidP="00310E94">
            <w:pPr>
              <w:spacing w:after="0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E02DA5" w:rsidRDefault="00310E94" w:rsidP="00310E94">
            <w:pPr>
              <w:spacing w:after="0"/>
              <w:rPr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310E94">
            <w:pPr>
              <w:spacing w:after="0"/>
              <w:rPr>
                <w:szCs w:val="24"/>
              </w:rPr>
            </w:pPr>
          </w:p>
          <w:p w:rsidR="00310E94" w:rsidRDefault="00310E94" w:rsidP="00310E94">
            <w:pPr>
              <w:spacing w:after="0"/>
              <w:rPr>
                <w:szCs w:val="24"/>
              </w:rPr>
            </w:pPr>
          </w:p>
          <w:p w:rsidR="00310E94" w:rsidRPr="00E02DA5" w:rsidRDefault="00310E94" w:rsidP="00310E94">
            <w:pPr>
              <w:spacing w:after="0"/>
              <w:rPr>
                <w:szCs w:val="24"/>
              </w:rPr>
            </w:pP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310E94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</w:rPr>
              <w:t>OKTOBAR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E02DA5">
              <w:rPr>
                <w:szCs w:val="24"/>
              </w:rPr>
              <w:t>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5-9</w:t>
            </w:r>
            <w:r w:rsidRPr="00E02DA5">
              <w:rPr>
                <w:szCs w:val="24"/>
              </w:rPr>
              <w:t>.oktobra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E02DA5">
              <w:rPr>
                <w:szCs w:val="24"/>
              </w:rPr>
              <w:t>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12-16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E02DA5">
              <w:rPr>
                <w:szCs w:val="24"/>
              </w:rPr>
              <w:t>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19-23.</w:t>
            </w:r>
            <w:r w:rsidRPr="00E02DA5">
              <w:rPr>
                <w:szCs w:val="24"/>
              </w:rPr>
              <w:t>oktobra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E02DA5">
              <w:rPr>
                <w:szCs w:val="24"/>
              </w:rPr>
              <w:t>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26-30</w:t>
            </w:r>
            <w:r w:rsidRPr="00E02DA5">
              <w:rPr>
                <w:szCs w:val="24"/>
              </w:rPr>
              <w:t>.oktobra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10E94" w:rsidRPr="00E02DA5" w:rsidRDefault="00310E94" w:rsidP="00310E94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Bosans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kni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 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Bosanski jez- KV</w:t>
            </w: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Ruski jezik-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310E94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  <w:lang w:val="de-DE"/>
              </w:rPr>
            </w:pP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310E94">
            <w:pPr>
              <w:spacing w:after="0"/>
              <w:jc w:val="center"/>
              <w:rPr>
                <w:b/>
                <w:szCs w:val="24"/>
                <w:lang w:val="de-DE"/>
              </w:rPr>
            </w:pPr>
            <w:r w:rsidRPr="00E02DA5">
              <w:rPr>
                <w:b/>
                <w:szCs w:val="24"/>
                <w:lang w:val="de-DE"/>
              </w:rPr>
              <w:t>NOVEMBAR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10.nedelja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2-6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11.nedelja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9-10.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12.nedelja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 xml:space="preserve">16-20. </w:t>
            </w:r>
            <w:r w:rsidRPr="00E02DA5">
              <w:rPr>
                <w:szCs w:val="24"/>
                <w:lang w:val="de-DE"/>
              </w:rPr>
              <w:t>novembra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 w:rsidRPr="00E02DA5">
              <w:rPr>
                <w:szCs w:val="24"/>
                <w:lang w:val="de-DE"/>
              </w:rPr>
              <w:t>13.nedelja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  <w:r>
              <w:rPr>
                <w:szCs w:val="24"/>
                <w:lang w:val="de-DE"/>
              </w:rPr>
              <w:t>23-27</w:t>
            </w:r>
            <w:r w:rsidRPr="00E02DA5">
              <w:rPr>
                <w:szCs w:val="24"/>
                <w:lang w:val="de-DE"/>
              </w:rPr>
              <w:t>.novembra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10E94" w:rsidRPr="00E02DA5" w:rsidRDefault="00310E94" w:rsidP="00C13362">
            <w:pPr>
              <w:spacing w:after="0"/>
              <w:rPr>
                <w:b/>
                <w:szCs w:val="24"/>
                <w:lang w:val="de-DE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Fizika - KV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E02DA5" w:rsidRDefault="00310E94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Srpski kao nema- 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>
              <w:rPr>
                <w:color w:val="FF0000"/>
                <w:szCs w:val="24"/>
                <w:lang w:val="de-DE"/>
              </w:rPr>
              <w:t>Engleski jezik 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E02DA5" w:rsidRDefault="00310E94" w:rsidP="00C13362">
            <w:pPr>
              <w:spacing w:after="0"/>
              <w:rPr>
                <w:color w:val="FF0000"/>
                <w:szCs w:val="24"/>
                <w:lang w:val="de-DE"/>
              </w:rPr>
            </w:pPr>
            <w:r w:rsidRPr="00AF0D9B">
              <w:rPr>
                <w:color w:val="FF0000"/>
                <w:sz w:val="20"/>
                <w:szCs w:val="20"/>
                <w:lang w:val="de-DE"/>
              </w:rPr>
              <w:t>Matematika</w:t>
            </w:r>
            <w:r>
              <w:rPr>
                <w:color w:val="FF0000"/>
                <w:szCs w:val="24"/>
                <w:lang w:val="de-DE"/>
              </w:rPr>
              <w:t>- PZ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C13362">
            <w:pPr>
              <w:spacing w:after="0"/>
              <w:rPr>
                <w:szCs w:val="24"/>
                <w:lang w:val="de-DE"/>
              </w:rPr>
            </w:pPr>
          </w:p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</w:p>
          <w:p w:rsidR="00310E94" w:rsidRPr="00E02DA5" w:rsidRDefault="00310E94" w:rsidP="00C13362">
            <w:pPr>
              <w:spacing w:after="0"/>
              <w:rPr>
                <w:szCs w:val="24"/>
                <w:lang w:val="de-DE"/>
              </w:rPr>
            </w:pP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jc w:val="center"/>
              <w:rPr>
                <w:b/>
                <w:szCs w:val="24"/>
              </w:rPr>
            </w:pPr>
            <w:r w:rsidRPr="00E02DA5">
              <w:rPr>
                <w:b/>
                <w:szCs w:val="24"/>
                <w:lang w:val="de-DE"/>
              </w:rPr>
              <w:t>DECEMBAR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14.nedelja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30.nov-4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15.nedelja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7-11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16.nedelja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14-18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17.nedelja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21-25</w:t>
            </w:r>
            <w:r w:rsidRPr="00E02DA5">
              <w:rPr>
                <w:szCs w:val="24"/>
              </w:rPr>
              <w:t>.decembra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 w:rsidRPr="00E02DA5">
              <w:rPr>
                <w:szCs w:val="24"/>
              </w:rPr>
              <w:t>18.nedelja</w:t>
            </w:r>
          </w:p>
          <w:p w:rsidR="00310E94" w:rsidRPr="00E02DA5" w:rsidRDefault="00310E94" w:rsidP="00C13362">
            <w:pPr>
              <w:spacing w:after="0"/>
              <w:rPr>
                <w:szCs w:val="24"/>
              </w:rPr>
            </w:pPr>
            <w:r>
              <w:rPr>
                <w:szCs w:val="24"/>
              </w:rPr>
              <w:t>28-30</w:t>
            </w:r>
            <w:r w:rsidRPr="00E02DA5">
              <w:rPr>
                <w:szCs w:val="24"/>
              </w:rPr>
              <w:t>.decembra</w:t>
            </w:r>
          </w:p>
        </w:tc>
      </w:tr>
      <w:tr w:rsidR="00310E94" w:rsidRPr="00E02DA5" w:rsidTr="00C13362">
        <w:trPr>
          <w:trHeight w:val="135"/>
        </w:trPr>
        <w:tc>
          <w:tcPr>
            <w:tcW w:w="190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10E94" w:rsidRPr="00E02DA5" w:rsidRDefault="00310E94" w:rsidP="00310E94">
            <w:pPr>
              <w:spacing w:after="0"/>
              <w:rPr>
                <w:b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Bosans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kni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Ruski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jezik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</w:tc>
        <w:tc>
          <w:tcPr>
            <w:tcW w:w="2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Srpski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kao</w:t>
            </w:r>
            <w:proofErr w:type="spellEnd"/>
            <w:r>
              <w:rPr>
                <w:color w:val="FF0000"/>
                <w:szCs w:val="24"/>
              </w:rPr>
              <w:t xml:space="preserve">  </w:t>
            </w:r>
            <w:proofErr w:type="spellStart"/>
            <w:r>
              <w:rPr>
                <w:color w:val="FF0000"/>
                <w:szCs w:val="24"/>
              </w:rPr>
              <w:t>nema</w:t>
            </w:r>
            <w:proofErr w:type="spellEnd"/>
            <w:r>
              <w:rPr>
                <w:color w:val="FF0000"/>
                <w:szCs w:val="24"/>
              </w:rPr>
              <w:t>-KV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Fizika</w:t>
            </w:r>
            <w:proofErr w:type="spellEnd"/>
            <w:r>
              <w:rPr>
                <w:color w:val="FF0000"/>
                <w:szCs w:val="24"/>
              </w:rPr>
              <w:t>- KV</w:t>
            </w:r>
          </w:p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Matematika</w:t>
            </w:r>
            <w:proofErr w:type="spellEnd"/>
            <w:r>
              <w:rPr>
                <w:color w:val="FF0000"/>
                <w:szCs w:val="24"/>
              </w:rPr>
              <w:t>- PZ</w:t>
            </w: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Hemija</w:t>
            </w:r>
            <w:proofErr w:type="spellEnd"/>
            <w:r>
              <w:rPr>
                <w:color w:val="FF0000"/>
                <w:szCs w:val="24"/>
              </w:rPr>
              <w:t xml:space="preserve"> - KV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Engleski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>.- PZ</w:t>
            </w: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  <w:proofErr w:type="spellStart"/>
            <w:r>
              <w:rPr>
                <w:color w:val="FF0000"/>
                <w:szCs w:val="24"/>
              </w:rPr>
              <w:t>Bosan</w:t>
            </w:r>
            <w:proofErr w:type="spellEnd"/>
            <w:r>
              <w:rPr>
                <w:color w:val="FF0000"/>
                <w:szCs w:val="24"/>
              </w:rPr>
              <w:t xml:space="preserve"> </w:t>
            </w:r>
            <w:proofErr w:type="spellStart"/>
            <w:r>
              <w:rPr>
                <w:color w:val="FF0000"/>
                <w:szCs w:val="24"/>
              </w:rPr>
              <w:t>jez</w:t>
            </w:r>
            <w:proofErr w:type="spellEnd"/>
            <w:r>
              <w:rPr>
                <w:color w:val="FF0000"/>
                <w:szCs w:val="24"/>
              </w:rPr>
              <w:t xml:space="preserve"> I </w:t>
            </w:r>
            <w:proofErr w:type="spellStart"/>
            <w:r>
              <w:rPr>
                <w:color w:val="FF0000"/>
                <w:szCs w:val="24"/>
              </w:rPr>
              <w:t>knji</w:t>
            </w:r>
            <w:proofErr w:type="spellEnd"/>
            <w:r>
              <w:rPr>
                <w:color w:val="FF0000"/>
                <w:szCs w:val="24"/>
              </w:rPr>
              <w:t>- KZ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</w:p>
          <w:p w:rsidR="00310E94" w:rsidRDefault="00310E94" w:rsidP="00310E94">
            <w:pPr>
              <w:spacing w:after="0"/>
              <w:rPr>
                <w:color w:val="FF0000"/>
                <w:szCs w:val="24"/>
              </w:rPr>
            </w:pPr>
          </w:p>
          <w:p w:rsidR="00310E94" w:rsidRPr="00E02DA5" w:rsidRDefault="00310E94" w:rsidP="00310E94">
            <w:pPr>
              <w:spacing w:after="0"/>
              <w:rPr>
                <w:color w:val="FF0000"/>
                <w:szCs w:val="24"/>
              </w:rPr>
            </w:pPr>
          </w:p>
        </w:tc>
      </w:tr>
    </w:tbl>
    <w:p w:rsidR="00C0085C" w:rsidRDefault="00C0085C" w:rsidP="00310E94">
      <w:pPr>
        <w:spacing w:after="0"/>
        <w:jc w:val="both"/>
      </w:pPr>
    </w:p>
    <w:sectPr w:rsidR="00C0085C" w:rsidSect="00A805E0">
      <w:pgSz w:w="15840" w:h="12240" w:orient="landscape"/>
      <w:pgMar w:top="126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2D70BE"/>
    <w:rsid w:val="002E49AF"/>
    <w:rsid w:val="00310E94"/>
    <w:rsid w:val="00326F90"/>
    <w:rsid w:val="005D6C7E"/>
    <w:rsid w:val="00A805E0"/>
    <w:rsid w:val="00AA1D8D"/>
    <w:rsid w:val="00B47730"/>
    <w:rsid w:val="00BA7FE4"/>
    <w:rsid w:val="00C0085C"/>
    <w:rsid w:val="00CB0664"/>
    <w:rsid w:val="00CE25BA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3</cp:revision>
  <dcterms:created xsi:type="dcterms:W3CDTF">2026-09-11T11:12:00Z</dcterms:created>
  <dcterms:modified xsi:type="dcterms:W3CDTF">2026-09-11T11:18:00Z</dcterms:modified>
</cp:coreProperties>
</file>